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media/image3.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920240" cy="1920240"/>
            <wp:docPr id="1" name="Picture 1"/>
            <wp:cNvGraphicFramePr>
              <a:graphicFrameLocks noChangeAspect="1"/>
            </wp:cNvGraphicFramePr>
            <a:graphic>
              <a:graphicData uri="http://schemas.openxmlformats.org/drawingml/2006/picture">
                <pic:pic>
                  <pic:nvPicPr>
                    <pic:cNvPr id="0" name="fdd28d5b-317d-5d14-ab84-fb48d2b0d980.png"/>
                    <pic:cNvPicPr/>
                  </pic:nvPicPr>
                  <pic:blipFill>
                    <a:blip r:embed="rId11"/>
                    <a:stretch>
                      <a:fillRect/>
                    </a:stretch>
                  </pic:blipFill>
                  <pic:spPr>
                    <a:xfrm>
                      <a:off x="0" y="0"/>
                      <a:ext cx="1920240" cy="1920240"/>
                    </a:xfrm>
                    <a:prstGeom prst="rect"/>
                  </pic:spPr>
                </pic:pic>
              </a:graphicData>
            </a:graphic>
          </wp:inline>
        </w:drawing>
      </w:r>
    </w:p>
    <w:p>
      <w:pPr>
        <w:spacing w:before="0" w:after="20" w:line="269" w:lineRule="auto"/>
        <w:jc w:val="center"/>
      </w:pPr>
      <w:r>
        <w:rPr>
          <w:rFonts w:ascii="Times New Roman" w:hAnsi="Times New Roman"/>
          <w:b/>
          <w:i w:val="0"/>
          <w:color w:val="4B2E83"/>
          <w:sz w:val="34"/>
        </w:rPr>
        <w:t>UNITED DELIVERANCE CHURCHES IN AMERICA, INC.</w:t>
      </w:r>
    </w:p>
    <w:p>
      <w:pPr>
        <w:spacing w:before="0" w:after="20" w:line="269" w:lineRule="auto"/>
        <w:jc w:val="center"/>
      </w:pPr>
      <w:r>
        <w:rPr>
          <w:rFonts w:ascii="Times New Roman" w:hAnsi="Times New Roman"/>
          <w:b/>
          <w:i w:val="0"/>
          <w:color w:val="C9A227"/>
          <w:sz w:val="42"/>
        </w:rPr>
        <w:t>OFFICIAL CHURCH DIRECTORY</w:t>
      </w:r>
    </w:p>
    <w:p>
      <w:pPr>
        <w:jc w:val="center"/>
      </w:pPr>
      <w:r>
        <w:rPr>
          <w:rFonts w:ascii="Times New Roman" w:hAnsi="Times New Roman"/>
          <w:b w:val="0"/>
          <w:i/>
          <w:color w:val="666666"/>
          <w:sz w:val="22"/>
        </w:rPr>
        <w:t>2026 National Edition</w:t>
      </w:r>
    </w:p>
    <w:p>
      <w:pPr>
        <w:spacing w:before="0" w:after="20" w:line="269" w:lineRule="auto"/>
        <w:jc w:val="center"/>
      </w:pPr>
      <w:r/>
      <w:r>
        <w:rPr>
          <w:rFonts w:ascii="Times New Roman" w:hAnsi="Times New Roman"/>
          <w:b/>
          <w:i w:val="0"/>
          <w:color w:val="4B2E83"/>
          <w:sz w:val="24"/>
        </w:rPr>
        <w:t>Regional Leadership &amp; Active Churches Edition</w:t>
      </w:r>
    </w:p>
    <w:tbl>
      <w:tblPr>
        <w:tblW w:type="auto" w:w="0"/>
        <w:jc w:val="center"/>
        <w:tblLook w:firstColumn="1" w:firstRow="1" w:lastColumn="0" w:lastRow="0" w:noHBand="0" w:noVBand="1" w:val="04A0"/>
      </w:tblPr>
      <w:tblGrid>
        <w:gridCol w:w="10656"/>
      </w:tblGrid>
      <w:tr>
        <w:tc>
          <w:tcPr>
            <w:tcW w:type="dxa" w:w="7344"/>
            <w:shd w:fill="C9A227"/>
          </w:tcPr>
          <w:p/>
        </w:tc>
      </w:tr>
    </w:tbl>
    <w:p>
      <w:pPr>
        <w:spacing w:after="20"/>
      </w:pPr>
    </w:p>
    <w:p>
      <w:pPr>
        <w:jc w:val="center"/>
      </w:pPr>
      <w:r>
        <w:drawing>
          <wp:inline xmlns:a="http://schemas.openxmlformats.org/drawingml/2006/main" xmlns:pic="http://schemas.openxmlformats.org/drawingml/2006/picture">
            <wp:extent cx="2743200" cy="2743200"/>
            <wp:docPr id="2" name="Picture 2"/>
            <wp:cNvGraphicFramePr>
              <a:graphicFrameLocks noChangeAspect="1"/>
            </wp:cNvGraphicFramePr>
            <a:graphic>
              <a:graphicData uri="http://schemas.openxmlformats.org/drawingml/2006/picture">
                <pic:pic>
                  <pic:nvPicPr>
                    <pic:cNvPr id="0" name="bf31c995-2482-5b21-be84-a9b47b62f3ca.png"/>
                    <pic:cNvPicPr/>
                  </pic:nvPicPr>
                  <pic:blipFill>
                    <a:blip r:embed="rId12"/>
                    <a:stretch>
                      <a:fillRect/>
                    </a:stretch>
                  </pic:blipFill>
                  <pic:spPr>
                    <a:xfrm>
                      <a:off x="0" y="0"/>
                      <a:ext cx="2743200" cy="2743200"/>
                    </a:xfrm>
                    <a:prstGeom prst="rect"/>
                  </pic:spPr>
                </pic:pic>
              </a:graphicData>
            </a:graphic>
          </wp:inline>
        </w:drawing>
      </w:r>
    </w:p>
    <w:p>
      <w:pPr>
        <w:spacing w:before="0" w:after="20" w:line="269" w:lineRule="auto"/>
        <w:jc w:val="center"/>
      </w:pPr>
      <w:r>
        <w:rPr>
          <w:rFonts w:ascii="Times New Roman" w:hAnsi="Times New Roman"/>
          <w:b/>
          <w:i w:val="0"/>
          <w:color w:val="4B2E83"/>
          <w:sz w:val="28"/>
        </w:rPr>
        <w:t>The Very Reverend Charles Paige</w:t>
      </w:r>
    </w:p>
    <w:p>
      <w:pPr>
        <w:spacing w:before="0" w:after="60" w:line="269" w:lineRule="auto"/>
        <w:jc w:val="center"/>
      </w:pPr>
      <w:r>
        <w:rPr>
          <w:rFonts w:ascii="Times New Roman" w:hAnsi="Times New Roman"/>
          <w:b/>
          <w:i w:val="0"/>
          <w:color w:val="C9A227"/>
          <w:sz w:val="23"/>
        </w:rPr>
        <w:t>Presiding Bishop &amp; Chief Servant</w:t>
      </w:r>
    </w:p>
    <w:p>
      <w:pPr>
        <w:spacing w:before="0" w:after="20" w:line="269" w:lineRule="auto"/>
        <w:jc w:val="center"/>
      </w:pPr>
      <w:r>
        <w:rPr>
          <w:rFonts w:ascii="Times New Roman" w:hAnsi="Times New Roman"/>
          <w:b w:val="0"/>
          <w:i/>
          <w:color w:val="4B2E83"/>
          <w:sz w:val="22"/>
        </w:rPr>
        <w:t>One Lord • One Faith • One Covenant</w:t>
      </w:r>
    </w:p>
    <w:p>
      <w:pPr>
        <w:jc w:val="center"/>
      </w:pPr>
      <w:r>
        <w:rPr>
          <w:rFonts w:ascii="Times New Roman" w:hAnsi="Times New Roman"/>
          <w:b/>
          <w:i w:val="0"/>
          <w:color w:val="4B2E83"/>
          <w:sz w:val="20"/>
        </w:rPr>
        <w:t>www.udcanational.org</w:t>
      </w:r>
    </w:p>
    <w:p>
      <w:pPr>
        <w:spacing w:before="0" w:after="40" w:line="269" w:lineRule="auto"/>
        <w:jc w:val="center"/>
      </w:pPr>
      <w:r/>
      <w:r>
        <w:rPr>
          <w:rFonts w:ascii="Times New Roman" w:hAnsi="Times New Roman"/>
          <w:b w:val="0"/>
          <w:i/>
          <w:color w:val="666666"/>
          <w:sz w:val="19"/>
        </w:rPr>
        <w:t>A Covenantal Connection of Independent Deliverance, Holiness &amp; Deliverance-Holiness Congregations</w:t>
      </w:r>
    </w:p>
    <w:p>
      <w:r>
        <w:br w:type="page"/>
      </w:r>
    </w:p>
    <w:p>
      <w:pPr>
        <w:spacing w:before="0" w:after="140" w:line="269" w:lineRule="auto"/>
        <w:jc w:val="center"/>
      </w:pPr>
      <w:r>
        <w:rPr>
          <w:rFonts w:ascii="Times New Roman" w:hAnsi="Times New Roman"/>
          <w:b/>
          <w:i w:val="0"/>
          <w:color w:val="4B2E83"/>
          <w:sz w:val="30"/>
        </w:rPr>
        <w:t>A Message from the Presiding Bishop &amp; Chief Servant</w:t>
      </w:r>
    </w:p>
    <w:p>
      <w:pPr>
        <w:spacing w:before="0" w:after="140" w:line="269" w:lineRule="auto"/>
        <w:jc w:val="left"/>
      </w:pPr>
      <w:r>
        <w:rPr>
          <w:rFonts w:ascii="Times New Roman" w:hAnsi="Times New Roman"/>
          <w:b w:val="0"/>
          <w:i w:val="0"/>
          <w:sz w:val="21"/>
        </w:rPr>
        <w:t>Grace and peace to you in the name of our Lord Jesus Christ.</w:t>
      </w:r>
    </w:p>
    <w:p>
      <w:pPr>
        <w:spacing w:before="0" w:after="140" w:line="269" w:lineRule="auto"/>
        <w:jc w:val="left"/>
      </w:pPr>
      <w:r>
        <w:rPr>
          <w:rFonts w:ascii="Times New Roman" w:hAnsi="Times New Roman"/>
          <w:b w:val="0"/>
          <w:i w:val="0"/>
          <w:sz w:val="21"/>
        </w:rPr>
        <w:t>With gratitude, prayerful expectation, and covenantal purpose, I present this Regional Edition of the Official Church Directory of the United Deliverance Churches in America, Inc. This directory is more than a compilation of names and locations. It is a witness to a broad and enduring stream of Deliverance, Holiness, and Deliverance-Holiness ministry serving communities across our nation.</w:t>
      </w:r>
    </w:p>
    <w:p>
      <w:pPr>
        <w:spacing w:before="0" w:after="140" w:line="269" w:lineRule="auto"/>
        <w:jc w:val="left"/>
      </w:pPr>
      <w:r>
        <w:rPr>
          <w:rFonts w:ascii="Times New Roman" w:hAnsi="Times New Roman"/>
          <w:b w:val="0"/>
          <w:i w:val="0"/>
          <w:sz w:val="21"/>
        </w:rPr>
        <w:t>Independent churches have often carried significant spiritual and community responsibilities without the benefit of a consistent connectional forum. Our congregations preach Christ, strengthen families, minister to the hurting, develop leaders, serve neighborhoods, and preserve a testimony of holiness, deliverance, and the transforming power of God.</w:t>
      </w:r>
    </w:p>
    <w:p>
      <w:pPr>
        <w:spacing w:before="0" w:after="140" w:line="269" w:lineRule="auto"/>
        <w:jc w:val="left"/>
      </w:pPr>
      <w:r>
        <w:rPr>
          <w:rFonts w:ascii="Times New Roman" w:hAnsi="Times New Roman"/>
          <w:b w:val="0"/>
          <w:i w:val="0"/>
          <w:sz w:val="21"/>
        </w:rPr>
        <w:t>UDCA exists to help create meaningful connection without diminishing local church autonomy. We seek cooperation without coercion, communion without control, and representation without the surrender of local identity. Our conviction is simple: independent churches need not be isolated churches.</w:t>
      </w:r>
    </w:p>
    <w:p>
      <w:pPr>
        <w:spacing w:before="0" w:after="140" w:line="269" w:lineRule="auto"/>
        <w:jc w:val="left"/>
      </w:pPr>
      <w:r>
        <w:rPr>
          <w:rFonts w:ascii="Times New Roman" w:hAnsi="Times New Roman"/>
          <w:b w:val="0"/>
          <w:i w:val="0"/>
          <w:sz w:val="21"/>
        </w:rPr>
        <w:t>The regional format in this directory is designed to make connection practical. It allows neighboring states - especially those with only one or two identified churches - to participate within a broader regional family for fellowship, communication, prayer, leadership development, and outreach.</w:t>
      </w:r>
    </w:p>
    <w:p>
      <w:pPr>
        <w:spacing w:before="0" w:after="140" w:line="269" w:lineRule="auto"/>
        <w:jc w:val="left"/>
      </w:pPr>
      <w:r>
        <w:rPr>
          <w:rFonts w:ascii="Times New Roman" w:hAnsi="Times New Roman"/>
          <w:b w:val="0"/>
          <w:i w:val="0"/>
          <w:sz w:val="21"/>
        </w:rPr>
        <w:t>May this directory help us know one another better, strengthen the ties of covenant among us, and prepare the way for one voice, one connection, and one communion of churches serving Christ together.</w:t>
      </w:r>
    </w:p>
    <w:tbl>
      <w:tblPr>
        <w:tblW w:type="auto" w:w="0"/>
        <w:jc w:val="center"/>
        <w:tblLook w:firstColumn="1" w:firstRow="1" w:lastColumn="0" w:lastRow="0" w:noHBand="0" w:noVBand="1" w:val="04A0"/>
      </w:tblPr>
      <w:tblGrid>
        <w:gridCol w:w="10656"/>
      </w:tblGrid>
      <w:tr>
        <w:tc>
          <w:tcPr>
            <w:tcW w:type="dxa" w:w="10656"/>
            <w:shd w:fill="FFF9EA"/>
            <w:tcMar>
              <w:top w:w="110" w:type="dxa"/>
              <w:start w:w="150" w:type="dxa"/>
              <w:bottom w:w="110" w:type="dxa"/>
              <w:end w:w="150" w:type="dxa"/>
            </w:tcMar>
          </w:tcPr>
          <w:p>
            <w:pPr>
              <w:jc w:val="center"/>
            </w:pPr>
            <w:r>
              <w:rPr>
                <w:rFonts w:ascii="Times New Roman" w:hAnsi="Times New Roman"/>
                <w:b/>
                <w:i/>
                <w:color w:val="4B2E83"/>
                <w:sz w:val="21"/>
              </w:rPr>
              <w:t>Independent, but not isolated.  Autonomous, but connected.</w:t>
              <w:br/>
              <w:t>Distinct congregations, sharing one table, one conversation, and one connection.</w:t>
            </w:r>
          </w:p>
        </w:tc>
      </w:tr>
    </w:tbl>
    <w:p/>
    <w:p>
      <w:pPr>
        <w:spacing w:before="0" w:after="180" w:line="269" w:lineRule="auto"/>
        <w:jc w:val="left"/>
      </w:pPr>
      <w:r>
        <w:rPr>
          <w:rFonts w:ascii="Times New Roman" w:hAnsi="Times New Roman"/>
          <w:b w:val="0"/>
          <w:i w:val="0"/>
          <w:sz w:val="21"/>
        </w:rPr>
        <w:t>In covenant and Christian service,</w:t>
      </w:r>
    </w:p>
    <w:p>
      <w:pPr>
        <w:spacing w:before="0" w:after="20" w:line="269" w:lineRule="auto"/>
        <w:jc w:val="left"/>
      </w:pPr>
      <w:r>
        <w:rPr>
          <w:rFonts w:ascii="Times New Roman" w:hAnsi="Times New Roman"/>
          <w:b/>
          <w:i w:val="0"/>
          <w:color w:val="4B2E83"/>
          <w:sz w:val="24"/>
        </w:rPr>
        <w:t>The Very Reverend Charles Paige</w:t>
      </w:r>
    </w:p>
    <w:p>
      <w:pPr>
        <w:spacing w:before="0" w:after="20" w:line="269" w:lineRule="auto"/>
        <w:jc w:val="left"/>
      </w:pPr>
      <w:r>
        <w:rPr>
          <w:rFonts w:ascii="Times New Roman" w:hAnsi="Times New Roman"/>
          <w:b/>
          <w:i w:val="0"/>
          <w:color w:val="C9A227"/>
          <w:sz w:val="21"/>
        </w:rPr>
        <w:t>Presiding Bishop &amp; Chief Servant</w:t>
      </w:r>
    </w:p>
    <w:p>
      <w:pPr>
        <w:spacing w:before="0" w:after="20" w:line="269" w:lineRule="auto"/>
        <w:jc w:val="left"/>
      </w:pPr>
      <w:r>
        <w:rPr>
          <w:rFonts w:ascii="Times New Roman" w:hAnsi="Times New Roman"/>
          <w:b w:val="0"/>
          <w:i w:val="0"/>
          <w:sz w:val="21"/>
        </w:rPr>
        <w:t>United Deliverance Churches in America, Inc.</w:t>
      </w:r>
    </w:p>
    <w:p>
      <w:r>
        <w:br w:type="page"/>
      </w:r>
    </w:p>
    <w:p>
      <w:pPr>
        <w:spacing w:before="0" w:after="40" w:line="269" w:lineRule="auto"/>
        <w:jc w:val="center"/>
      </w:pPr>
      <w:r>
        <w:rPr>
          <w:rFonts w:ascii="Times New Roman" w:hAnsi="Times New Roman"/>
          <w:b/>
          <w:i w:val="0"/>
          <w:color w:val="4B2E83"/>
          <w:sz w:val="32"/>
        </w:rPr>
        <w:t>Bishops &amp; Apostles Leadership Registry</w:t>
      </w:r>
    </w:p>
    <w:p>
      <w:pPr>
        <w:spacing w:before="0" w:after="160" w:line="269" w:lineRule="auto"/>
        <w:jc w:val="center"/>
      </w:pPr>
      <w:r>
        <w:rPr>
          <w:rFonts w:ascii="Times New Roman" w:hAnsi="Times New Roman"/>
          <w:b w:val="0"/>
          <w:i/>
          <w:color w:val="666666"/>
          <w:sz w:val="20"/>
        </w:rPr>
        <w:t>The following Bishops and Apostles are listed from the current active church directory where those titles are explicitly identified in the church leadership record.</w:t>
      </w:r>
    </w:p>
    <w:tbl>
      <w:tblPr>
        <w:tblStyle w:val="TableGrid"/>
        <w:tblW w:type="auto" w:w="0"/>
        <w:jc w:val="center"/>
        <w:tblLook w:firstColumn="1" w:firstRow="1" w:lastColumn="0" w:lastRow="0" w:noHBand="0" w:noVBand="1" w:val="04A0"/>
      </w:tblPr>
      <w:tblGrid>
        <w:gridCol w:w="5328"/>
        <w:gridCol w:w="5328"/>
      </w:tblGrid>
      <w:tr>
        <w:tc>
          <w:tcPr>
            <w:tcW w:type="dxa" w:w="5328"/>
            <w:tcMar>
              <w:top w:w="70" w:type="dxa"/>
              <w:start w:w="90" w:type="dxa"/>
              <w:bottom w:w="70" w:type="dxa"/>
              <w:end w:w="90" w:type="dxa"/>
            </w:tcMar>
            <w:shd w:fill="F5F0FA"/>
          </w:tcPr>
          <w:p>
            <w:r>
              <w:rPr>
                <w:rFonts w:ascii="Times New Roman" w:hAnsi="Times New Roman"/>
                <w:b/>
                <w:i w:val="0"/>
                <w:color w:val="4B2E83"/>
                <w:sz w:val="19"/>
              </w:rPr>
              <w:t>Connectional Office</w:t>
            </w:r>
          </w:p>
        </w:tc>
        <w:tc>
          <w:tcPr>
            <w:tcW w:type="dxa" w:w="5328"/>
            <w:tcMar>
              <w:top w:w="70" w:type="dxa"/>
              <w:start w:w="90" w:type="dxa"/>
              <w:bottom w:w="70" w:type="dxa"/>
              <w:end w:w="90" w:type="dxa"/>
            </w:tcMar>
          </w:tcPr>
          <w:p>
            <w:r>
              <w:rPr>
                <w:rFonts w:ascii="Times New Roman" w:hAnsi="Times New Roman"/>
                <w:b w:val="0"/>
                <w:i w:val="0"/>
                <w:sz w:val="19"/>
              </w:rPr>
              <w:t>Presiding Bishop &amp; Chief Servant</w:t>
            </w:r>
          </w:p>
        </w:tc>
      </w:tr>
      <w:tr>
        <w:tc>
          <w:tcPr>
            <w:tcW w:type="dxa" w:w="5328"/>
            <w:tcMar>
              <w:top w:w="70" w:type="dxa"/>
              <w:start w:w="90" w:type="dxa"/>
              <w:bottom w:w="70" w:type="dxa"/>
              <w:end w:w="90" w:type="dxa"/>
            </w:tcMar>
            <w:shd w:fill="F5F0FA"/>
          </w:tcPr>
          <w:p>
            <w:r>
              <w:rPr>
                <w:rFonts w:ascii="Times New Roman" w:hAnsi="Times New Roman"/>
                <w:b/>
                <w:i w:val="0"/>
                <w:color w:val="4B2E83"/>
                <w:sz w:val="19"/>
              </w:rPr>
              <w:t>Leader</w:t>
            </w:r>
          </w:p>
        </w:tc>
        <w:tc>
          <w:tcPr>
            <w:tcW w:type="dxa" w:w="5328"/>
            <w:tcMar>
              <w:top w:w="70" w:type="dxa"/>
              <w:start w:w="90" w:type="dxa"/>
              <w:bottom w:w="70" w:type="dxa"/>
              <w:end w:w="90" w:type="dxa"/>
            </w:tcMar>
          </w:tcPr>
          <w:p>
            <w:r>
              <w:rPr>
                <w:rFonts w:ascii="Times New Roman" w:hAnsi="Times New Roman"/>
                <w:b/>
                <w:i w:val="0"/>
                <w:sz w:val="19"/>
              </w:rPr>
              <w:t>The Very Reverend Charles Paige</w:t>
            </w:r>
          </w:p>
        </w:tc>
      </w:tr>
    </w:tbl>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rPr>
          <w:tblHeader w:val="true"/>
        </w:trPr>
        <w:tc>
          <w:tcPr>
            <w:tcW w:type="dxa" w:w="1080"/>
            <w:shd w:fill="4B2E83"/>
            <w:tcMar>
              <w:top w:w="55" w:type="dxa"/>
              <w:start w:w="55" w:type="dxa"/>
              <w:bottom w:w="55" w:type="dxa"/>
              <w:end w:w="55" w:type="dxa"/>
            </w:tcMar>
          </w:tcPr>
          <w:p>
            <w:pPr>
              <w:jc w:val="center"/>
            </w:pPr>
            <w:r>
              <w:rPr>
                <w:rFonts w:ascii="Times New Roman" w:hAnsi="Times New Roman"/>
                <w:b/>
                <w:i w:val="0"/>
                <w:color w:val="FFFFFF"/>
                <w:sz w:val="16"/>
              </w:rPr>
              <w:t>Title</w:t>
            </w:r>
          </w:p>
        </w:tc>
        <w:tc>
          <w:tcPr>
            <w:tcW w:type="dxa" w:w="1728"/>
            <w:shd w:fill="4B2E83"/>
            <w:tcMar>
              <w:top w:w="55" w:type="dxa"/>
              <w:start w:w="55" w:type="dxa"/>
              <w:bottom w:w="55" w:type="dxa"/>
              <w:end w:w="55" w:type="dxa"/>
            </w:tcMar>
          </w:tcPr>
          <w:p>
            <w:pPr>
              <w:jc w:val="center"/>
            </w:pPr>
            <w:r>
              <w:rPr>
                <w:rFonts w:ascii="Times New Roman" w:hAnsi="Times New Roman"/>
                <w:b/>
                <w:i w:val="0"/>
                <w:color w:val="FFFFFF"/>
                <w:sz w:val="16"/>
              </w:rPr>
              <w:t>Name</w:t>
            </w:r>
          </w:p>
        </w:tc>
        <w:tc>
          <w:tcPr>
            <w:tcW w:type="dxa" w:w="2376"/>
            <w:shd w:fill="4B2E83"/>
            <w:tcMar>
              <w:top w:w="55" w:type="dxa"/>
              <w:start w:w="55" w:type="dxa"/>
              <w:bottom w:w="55" w:type="dxa"/>
              <w:end w:w="55" w:type="dxa"/>
            </w:tcMar>
          </w:tcPr>
          <w:p>
            <w:pPr>
              <w:jc w:val="center"/>
            </w:pPr>
            <w:r>
              <w:rPr>
                <w:rFonts w:ascii="Times New Roman" w:hAnsi="Times New Roman"/>
                <w:b/>
                <w:i w:val="0"/>
                <w:color w:val="FFFFFF"/>
                <w:sz w:val="16"/>
              </w:rPr>
              <w:t>Church</w:t>
            </w:r>
          </w:p>
        </w:tc>
        <w:tc>
          <w:tcPr>
            <w:tcW w:type="dxa" w:w="1440"/>
            <w:shd w:fill="4B2E83"/>
            <w:tcMar>
              <w:top w:w="55" w:type="dxa"/>
              <w:start w:w="55" w:type="dxa"/>
              <w:bottom w:w="55" w:type="dxa"/>
              <w:end w:w="55" w:type="dxa"/>
            </w:tcMar>
          </w:tcPr>
          <w:p>
            <w:pPr>
              <w:jc w:val="center"/>
            </w:pPr>
            <w:r>
              <w:rPr>
                <w:rFonts w:ascii="Times New Roman" w:hAnsi="Times New Roman"/>
                <w:b/>
                <w:i w:val="0"/>
                <w:color w:val="FFFFFF"/>
                <w:sz w:val="16"/>
              </w:rPr>
              <w:t>City / State</w:t>
            </w:r>
          </w:p>
        </w:tc>
        <w:tc>
          <w:tcPr>
            <w:tcW w:type="dxa" w:w="1872"/>
            <w:shd w:fill="4B2E83"/>
            <w:tcMar>
              <w:top w:w="55" w:type="dxa"/>
              <w:start w:w="55" w:type="dxa"/>
              <w:bottom w:w="55" w:type="dxa"/>
              <w:end w:w="55" w:type="dxa"/>
            </w:tcMar>
          </w:tcPr>
          <w:p>
            <w:pPr>
              <w:jc w:val="center"/>
            </w:pPr>
            <w:r>
              <w:rPr>
                <w:rFonts w:ascii="Times New Roman" w:hAnsi="Times New Roman"/>
                <w:b/>
                <w:i w:val="0"/>
                <w:color w:val="FFFFFF"/>
                <w:sz w:val="16"/>
              </w:rPr>
              <w:t>Region</w:t>
            </w:r>
          </w:p>
        </w:tc>
        <w:tc>
          <w:tcPr>
            <w:tcW w:type="dxa" w:w="2232"/>
            <w:shd w:fill="4B2E83"/>
            <w:tcMar>
              <w:top w:w="55" w:type="dxa"/>
              <w:start w:w="55" w:type="dxa"/>
              <w:bottom w:w="55" w:type="dxa"/>
              <w:end w:w="55" w:type="dxa"/>
            </w:tcMar>
          </w:tcPr>
          <w:p>
            <w:pPr>
              <w:jc w:val="center"/>
            </w:pPr>
            <w:r>
              <w:rPr>
                <w:rFonts w:ascii="Times New Roman" w:hAnsi="Times New Roman"/>
                <w:b/>
                <w:i w:val="0"/>
                <w:color w:val="FFFFFF"/>
                <w:sz w:val="16"/>
              </w:rPr>
              <w:t>Contact</w:t>
            </w:r>
          </w:p>
        </w:tc>
      </w:tr>
      <w:tr>
        <w:trPr>
          <w:cantSplit/>
        </w:trPr>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tcPr>
          <w:p>
            <w:pPr>
              <w:spacing w:after="0" w:line="240" w:lineRule="auto"/>
            </w:pPr>
            <w:r>
              <w:rPr>
                <w:rFonts w:ascii="Times New Roman" w:hAnsi="Times New Roman"/>
                <w:b w:val="0"/>
                <w:i w:val="0"/>
                <w:sz w:val="15"/>
              </w:rPr>
              <w:t>Bobby Hilton</w:t>
            </w:r>
          </w:p>
        </w:tc>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Word of Deliverance Ministries for the World, Inc.</w:t>
            </w:r>
          </w:p>
        </w:tc>
        <w:tc>
          <w:tcPr>
            <w:tcW w:type="dxa" w:w="1440"/>
            <w:tcMar>
              <w:top w:w="45" w:type="dxa"/>
              <w:start w:w="50" w:type="dxa"/>
              <w:bottom w:w="45" w:type="dxa"/>
              <w:end w:w="50" w:type="dxa"/>
            </w:tcMar>
            <w:vAlign w:val="top"/>
          </w:tcPr>
          <w:p>
            <w:pPr>
              <w:spacing w:after="0" w:line="240" w:lineRule="auto"/>
            </w:pPr>
            <w:r>
              <w:rPr>
                <w:rFonts w:ascii="Times New Roman" w:hAnsi="Times New Roman"/>
                <w:b w:val="0"/>
                <w:i w:val="0"/>
                <w:sz w:val="15"/>
              </w:rPr>
              <w:t>Forest Park, OH</w:t>
            </w:r>
          </w:p>
        </w:tc>
        <w:tc>
          <w:tcPr>
            <w:tcW w:type="dxa" w:w="1872"/>
            <w:tcMar>
              <w:top w:w="45" w:type="dxa"/>
              <w:start w:w="50" w:type="dxa"/>
              <w:bottom w:w="45" w:type="dxa"/>
              <w:end w:w="50" w:type="dxa"/>
            </w:tcMar>
            <w:vAlign w:val="top"/>
          </w:tcPr>
          <w:p>
            <w:pPr>
              <w:spacing w:after="0" w:line="240" w:lineRule="auto"/>
            </w:pPr>
            <w:r>
              <w:rPr>
                <w:rFonts w:ascii="Times New Roman" w:hAnsi="Times New Roman"/>
                <w:b w:val="0"/>
                <w:i w:val="0"/>
                <w:sz w:val="15"/>
              </w:rPr>
              <w:t>Great Lakes &amp; Midwest</w:t>
            </w:r>
          </w:p>
        </w:tc>
        <w:tc>
          <w:tcPr>
            <w:tcW w:type="dxa" w:w="2232"/>
            <w:tcMar>
              <w:top w:w="45" w:type="dxa"/>
              <w:start w:w="50" w:type="dxa"/>
              <w:bottom w:w="45" w:type="dxa"/>
              <w:end w:w="50" w:type="dxa"/>
            </w:tcMar>
            <w:vAlign w:val="top"/>
          </w:tcPr>
          <w:p>
            <w:pPr>
              <w:spacing w:after="0" w:line="240" w:lineRule="auto"/>
            </w:pPr>
            <w:r>
              <w:rPr>
                <w:rFonts w:ascii="Times New Roman" w:hAnsi="Times New Roman"/>
                <w:b w:val="0"/>
                <w:i w:val="0"/>
                <w:sz w:val="15"/>
              </w:rPr>
              <w:t>513-851-9673</w:t>
              <w:br/>
              <w:t>info@wordofdeliverance.org</w:t>
            </w:r>
          </w:p>
        </w:tc>
      </w:tr>
      <w:tr>
        <w:trPr>
          <w:cantSplit/>
        </w:trPr>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Avery Austin</w:t>
            </w:r>
          </w:p>
        </w:tc>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Total Deliverance Ministry</w:t>
            </w:r>
          </w:p>
        </w:tc>
        <w:tc>
          <w:tcPr>
            <w:tcW w:type="dxa" w:w="144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Philadelphia, PA</w:t>
            </w:r>
          </w:p>
        </w:tc>
        <w:tc>
          <w:tcPr>
            <w:tcW w:type="dxa" w:w="187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Mid-Atlantic</w:t>
            </w:r>
          </w:p>
        </w:tc>
        <w:tc>
          <w:tcPr>
            <w:tcW w:type="dxa" w:w="223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(267) 639-4698</w:t>
            </w:r>
          </w:p>
        </w:tc>
      </w:tr>
      <w:tr>
        <w:trPr>
          <w:cantSplit/>
        </w:trPr>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tcPr>
          <w:p>
            <w:pPr>
              <w:spacing w:after="0" w:line="240" w:lineRule="auto"/>
            </w:pPr>
            <w:r>
              <w:rPr>
                <w:rFonts w:ascii="Times New Roman" w:hAnsi="Times New Roman"/>
                <w:b w:val="0"/>
                <w:i w:val="0"/>
                <w:sz w:val="15"/>
              </w:rPr>
              <w:t>Chance Sr</w:t>
            </w:r>
          </w:p>
        </w:tc>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Antioch Outreach and Deliverance Ministry</w:t>
            </w:r>
          </w:p>
        </w:tc>
        <w:tc>
          <w:tcPr>
            <w:tcW w:type="dxa" w:w="1440"/>
            <w:tcMar>
              <w:top w:w="45" w:type="dxa"/>
              <w:start w:w="50" w:type="dxa"/>
              <w:bottom w:w="45" w:type="dxa"/>
              <w:end w:w="50" w:type="dxa"/>
            </w:tcMar>
            <w:vAlign w:val="top"/>
          </w:tcPr>
          <w:p>
            <w:pPr>
              <w:spacing w:after="0" w:line="240" w:lineRule="auto"/>
            </w:pPr>
            <w:r>
              <w:rPr>
                <w:rFonts w:ascii="Times New Roman" w:hAnsi="Times New Roman"/>
                <w:b w:val="0"/>
                <w:i w:val="0"/>
                <w:sz w:val="15"/>
              </w:rPr>
              <w:t>Wayne, PA</w:t>
            </w:r>
          </w:p>
        </w:tc>
        <w:tc>
          <w:tcPr>
            <w:tcW w:type="dxa" w:w="1872"/>
            <w:tcMar>
              <w:top w:w="45" w:type="dxa"/>
              <w:start w:w="50" w:type="dxa"/>
              <w:bottom w:w="45" w:type="dxa"/>
              <w:end w:w="50" w:type="dxa"/>
            </w:tcMar>
            <w:vAlign w:val="top"/>
          </w:tcPr>
          <w:p>
            <w:pPr>
              <w:spacing w:after="0" w:line="240" w:lineRule="auto"/>
            </w:pPr>
            <w:r>
              <w:rPr>
                <w:rFonts w:ascii="Times New Roman" w:hAnsi="Times New Roman"/>
                <w:b w:val="0"/>
                <w:i w:val="0"/>
                <w:sz w:val="15"/>
              </w:rPr>
              <w:t>Mid-Atlantic</w:t>
            </w:r>
          </w:p>
        </w:tc>
        <w:tc>
          <w:tcPr>
            <w:tcW w:type="dxa" w:w="2232"/>
            <w:tcMar>
              <w:top w:w="45" w:type="dxa"/>
              <w:start w:w="50" w:type="dxa"/>
              <w:bottom w:w="45" w:type="dxa"/>
              <w:end w:w="50" w:type="dxa"/>
            </w:tcMar>
            <w:vAlign w:val="top"/>
          </w:tcPr>
          <w:p>
            <w:pPr>
              <w:spacing w:after="0" w:line="240" w:lineRule="auto"/>
            </w:pPr>
            <w:r>
              <w:rPr>
                <w:rFonts w:ascii="Times New Roman" w:hAnsi="Times New Roman"/>
                <w:b w:val="0"/>
                <w:i w:val="0"/>
                <w:sz w:val="15"/>
              </w:rPr>
              <w:t>(484) 588-0448</w:t>
              <w:br/>
              <w:t>antiochoutreachministries1@gmail.com</w:t>
            </w:r>
          </w:p>
        </w:tc>
      </w:tr>
      <w:tr>
        <w:trPr>
          <w:cantSplit/>
        </w:trPr>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Samuel L. Carruth</w:t>
            </w:r>
          </w:p>
        </w:tc>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Holy Light Church of Deliverance</w:t>
            </w:r>
          </w:p>
        </w:tc>
        <w:tc>
          <w:tcPr>
            <w:tcW w:type="dxa" w:w="144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Portsmouth, VA</w:t>
            </w:r>
          </w:p>
        </w:tc>
        <w:tc>
          <w:tcPr>
            <w:tcW w:type="dxa" w:w="187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Mid-Atlantic</w:t>
            </w:r>
          </w:p>
        </w:tc>
        <w:tc>
          <w:tcPr>
            <w:tcW w:type="dxa" w:w="223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757-397-4424</w:t>
              <w:br/>
              <w:t>holylightva@gmail.com</w:t>
            </w:r>
          </w:p>
        </w:tc>
      </w:tr>
      <w:tr>
        <w:trPr>
          <w:cantSplit/>
        </w:trPr>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tcPr>
          <w:p>
            <w:pPr>
              <w:spacing w:after="0" w:line="240" w:lineRule="auto"/>
            </w:pPr>
            <w:r>
              <w:rPr>
                <w:rFonts w:ascii="Times New Roman" w:hAnsi="Times New Roman"/>
                <w:b w:val="0"/>
                <w:i w:val="0"/>
                <w:sz w:val="15"/>
              </w:rPr>
              <w:t>O'Neal A. Christie</w:t>
            </w:r>
          </w:p>
        </w:tc>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Power and Mercy Deliverance Ministries</w:t>
            </w:r>
          </w:p>
        </w:tc>
        <w:tc>
          <w:tcPr>
            <w:tcW w:type="dxa" w:w="1440"/>
            <w:tcMar>
              <w:top w:w="45" w:type="dxa"/>
              <w:start w:w="50" w:type="dxa"/>
              <w:bottom w:w="45" w:type="dxa"/>
              <w:end w:w="50" w:type="dxa"/>
            </w:tcMar>
            <w:vAlign w:val="top"/>
          </w:tcPr>
          <w:p>
            <w:pPr>
              <w:spacing w:after="0" w:line="240" w:lineRule="auto"/>
            </w:pPr>
            <w:r>
              <w:rPr>
                <w:rFonts w:ascii="Times New Roman" w:hAnsi="Times New Roman"/>
                <w:b w:val="0"/>
                <w:i w:val="0"/>
                <w:sz w:val="15"/>
              </w:rPr>
              <w:t>East Hartford, CT</w:t>
            </w:r>
          </w:p>
        </w:tc>
        <w:tc>
          <w:tcPr>
            <w:tcW w:type="dxa" w:w="1872"/>
            <w:tcMar>
              <w:top w:w="45" w:type="dxa"/>
              <w:start w:w="50" w:type="dxa"/>
              <w:bottom w:w="45" w:type="dxa"/>
              <w:end w:w="50" w:type="dxa"/>
            </w:tcMar>
            <w:vAlign w:val="top"/>
          </w:tcPr>
          <w:p>
            <w:pPr>
              <w:spacing w:after="0" w:line="240" w:lineRule="auto"/>
            </w:pPr>
            <w:r>
              <w:rPr>
                <w:rFonts w:ascii="Times New Roman" w:hAnsi="Times New Roman"/>
                <w:b w:val="0"/>
                <w:i w:val="0"/>
                <w:sz w:val="15"/>
              </w:rPr>
              <w:t>Northeast</w:t>
            </w:r>
          </w:p>
        </w:tc>
        <w:tc>
          <w:tcPr>
            <w:tcW w:type="dxa" w:w="2232"/>
            <w:tcMar>
              <w:top w:w="45" w:type="dxa"/>
              <w:start w:w="50" w:type="dxa"/>
              <w:bottom w:w="45" w:type="dxa"/>
              <w:end w:w="50" w:type="dxa"/>
            </w:tcMar>
            <w:vAlign w:val="top"/>
          </w:tcPr>
          <w:p>
            <w:pPr>
              <w:spacing w:after="0" w:line="240" w:lineRule="auto"/>
            </w:pPr>
            <w:r>
              <w:rPr>
                <w:rFonts w:ascii="Times New Roman" w:hAnsi="Times New Roman"/>
                <w:b w:val="0"/>
                <w:i w:val="0"/>
                <w:sz w:val="15"/>
              </w:rPr>
              <w:t>(866) 212-3623</w:t>
              <w:br/>
              <w:t>nealchristie@gmail.com</w:t>
            </w:r>
          </w:p>
        </w:tc>
      </w:tr>
      <w:tr>
        <w:trPr>
          <w:cantSplit/>
        </w:trPr>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Herbert Smith</w:t>
            </w:r>
          </w:p>
        </w:tc>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God's Hospital Deliverance Holiness Church</w:t>
            </w:r>
          </w:p>
        </w:tc>
        <w:tc>
          <w:tcPr>
            <w:tcW w:type="dxa" w:w="144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Dallas, TX</w:t>
            </w:r>
          </w:p>
        </w:tc>
        <w:tc>
          <w:tcPr>
            <w:tcW w:type="dxa" w:w="187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South Central &amp; Gulf</w:t>
            </w:r>
          </w:p>
        </w:tc>
        <w:tc>
          <w:tcPr>
            <w:tcW w:type="dxa" w:w="223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214-942-0074</w:t>
              <w:br/>
              <w:t>bishopsmith340@tx.rr.com</w:t>
            </w:r>
          </w:p>
        </w:tc>
      </w:tr>
      <w:tr>
        <w:trPr>
          <w:cantSplit/>
        </w:trPr>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tcPr>
          <w:p>
            <w:pPr>
              <w:spacing w:after="0" w:line="240" w:lineRule="auto"/>
            </w:pPr>
            <w:r>
              <w:rPr>
                <w:rFonts w:ascii="Times New Roman" w:hAnsi="Times New Roman"/>
                <w:b w:val="0"/>
                <w:i w:val="0"/>
                <w:sz w:val="15"/>
              </w:rPr>
              <w:t>Willie Watson Jr</w:t>
            </w:r>
          </w:p>
        </w:tc>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The Real Praise Temple Church. A Deliverance Ministry.</w:t>
            </w:r>
          </w:p>
        </w:tc>
        <w:tc>
          <w:tcPr>
            <w:tcW w:type="dxa" w:w="1440"/>
            <w:tcMar>
              <w:top w:w="45" w:type="dxa"/>
              <w:start w:w="50" w:type="dxa"/>
              <w:bottom w:w="45" w:type="dxa"/>
              <w:end w:w="50" w:type="dxa"/>
            </w:tcMar>
            <w:vAlign w:val="top"/>
          </w:tcPr>
          <w:p>
            <w:pPr>
              <w:spacing w:after="0" w:line="240" w:lineRule="auto"/>
            </w:pPr>
            <w:r>
              <w:rPr>
                <w:rFonts w:ascii="Times New Roman" w:hAnsi="Times New Roman"/>
                <w:b w:val="0"/>
                <w:i w:val="0"/>
                <w:sz w:val="15"/>
              </w:rPr>
              <w:t>Bartow, FL</w:t>
            </w:r>
          </w:p>
        </w:tc>
        <w:tc>
          <w:tcPr>
            <w:tcW w:type="dxa" w:w="1872"/>
            <w:tcMar>
              <w:top w:w="45" w:type="dxa"/>
              <w:start w:w="50" w:type="dxa"/>
              <w:bottom w:w="45" w:type="dxa"/>
              <w:end w:w="50" w:type="dxa"/>
            </w:tcMar>
            <w:vAlign w:val="top"/>
          </w:tcPr>
          <w:p>
            <w:pPr>
              <w:spacing w:after="0" w:line="240" w:lineRule="auto"/>
            </w:pPr>
            <w:r>
              <w:rPr>
                <w:rFonts w:ascii="Times New Roman" w:hAnsi="Times New Roman"/>
                <w:b w:val="0"/>
                <w:i w:val="0"/>
                <w:sz w:val="15"/>
              </w:rPr>
              <w:t>Southeast</w:t>
            </w:r>
          </w:p>
        </w:tc>
        <w:tc>
          <w:tcPr>
            <w:tcW w:type="dxa" w:w="2232"/>
            <w:tcMar>
              <w:top w:w="45" w:type="dxa"/>
              <w:start w:w="50" w:type="dxa"/>
              <w:bottom w:w="45" w:type="dxa"/>
              <w:end w:w="50" w:type="dxa"/>
            </w:tcMar>
            <w:vAlign w:val="top"/>
          </w:tcPr>
          <w:p>
            <w:pPr>
              <w:spacing w:after="0" w:line="240" w:lineRule="auto"/>
            </w:pPr>
            <w:r>
              <w:rPr>
                <w:rFonts w:ascii="Times New Roman" w:hAnsi="Times New Roman"/>
                <w:b w:val="0"/>
                <w:i w:val="0"/>
                <w:sz w:val="15"/>
              </w:rPr>
              <w:t>863-533-9332</w:t>
            </w:r>
          </w:p>
        </w:tc>
      </w:tr>
      <w:tr>
        <w:trPr>
          <w:cantSplit/>
        </w:trPr>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w:t>
            </w:r>
          </w:p>
        </w:tc>
        <w:tc>
          <w:tcPr>
            <w:tcW w:type="dxa" w:w="172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Donald Johnson</w:t>
            </w:r>
          </w:p>
        </w:tc>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Faith and Deliverance Ministries</w:t>
            </w:r>
          </w:p>
        </w:tc>
        <w:tc>
          <w:tcPr>
            <w:tcW w:type="dxa" w:w="144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Mableton, GA</w:t>
            </w:r>
          </w:p>
        </w:tc>
        <w:tc>
          <w:tcPr>
            <w:tcW w:type="dxa" w:w="187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Southeast</w:t>
            </w:r>
          </w:p>
        </w:tc>
        <w:tc>
          <w:tcPr>
            <w:tcW w:type="dxa" w:w="2232"/>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678-451-0180</w:t>
            </w:r>
          </w:p>
        </w:tc>
      </w:tr>
      <w:tr>
        <w:trPr>
          <w:cantSplit/>
        </w:trPr>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Apostle</w:t>
            </w:r>
          </w:p>
        </w:tc>
        <w:tc>
          <w:tcPr>
            <w:tcW w:type="dxa" w:w="1728"/>
            <w:tcMar>
              <w:top w:w="45" w:type="dxa"/>
              <w:start w:w="50" w:type="dxa"/>
              <w:bottom w:w="45" w:type="dxa"/>
              <w:end w:w="50" w:type="dxa"/>
            </w:tcMar>
            <w:vAlign w:val="top"/>
          </w:tcPr>
          <w:p>
            <w:pPr>
              <w:spacing w:after="0" w:line="240" w:lineRule="auto"/>
            </w:pPr>
            <w:r>
              <w:rPr>
                <w:rFonts w:ascii="Times New Roman" w:hAnsi="Times New Roman"/>
                <w:b w:val="0"/>
                <w:i w:val="0"/>
                <w:sz w:val="15"/>
              </w:rPr>
              <w:t>Richard Taylor</w:t>
            </w:r>
          </w:p>
        </w:tc>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New Day Deliverance Holiness Church</w:t>
            </w:r>
          </w:p>
        </w:tc>
        <w:tc>
          <w:tcPr>
            <w:tcW w:type="dxa" w:w="1440"/>
            <w:tcMar>
              <w:top w:w="45" w:type="dxa"/>
              <w:start w:w="50" w:type="dxa"/>
              <w:bottom w:w="45" w:type="dxa"/>
              <w:end w:w="50" w:type="dxa"/>
            </w:tcMar>
            <w:vAlign w:val="top"/>
          </w:tcPr>
          <w:p>
            <w:pPr>
              <w:spacing w:after="0" w:line="240" w:lineRule="auto"/>
            </w:pPr>
            <w:r>
              <w:rPr>
                <w:rFonts w:ascii="Times New Roman" w:hAnsi="Times New Roman"/>
                <w:b w:val="0"/>
                <w:i w:val="0"/>
                <w:sz w:val="15"/>
              </w:rPr>
              <w:t>Houston, TX</w:t>
            </w:r>
          </w:p>
        </w:tc>
        <w:tc>
          <w:tcPr>
            <w:tcW w:type="dxa" w:w="1872"/>
            <w:tcMar>
              <w:top w:w="45" w:type="dxa"/>
              <w:start w:w="50" w:type="dxa"/>
              <w:bottom w:w="45" w:type="dxa"/>
              <w:end w:w="50" w:type="dxa"/>
            </w:tcMar>
            <w:vAlign w:val="top"/>
          </w:tcPr>
          <w:p>
            <w:pPr>
              <w:spacing w:after="0" w:line="240" w:lineRule="auto"/>
            </w:pPr>
            <w:r>
              <w:rPr>
                <w:rFonts w:ascii="Times New Roman" w:hAnsi="Times New Roman"/>
                <w:b w:val="0"/>
                <w:i w:val="0"/>
                <w:sz w:val="15"/>
              </w:rPr>
              <w:t>South Central &amp; Gulf</w:t>
            </w:r>
          </w:p>
        </w:tc>
        <w:tc>
          <w:tcPr>
            <w:tcW w:type="dxa" w:w="2232"/>
            <w:tcMar>
              <w:top w:w="45" w:type="dxa"/>
              <w:start w:w="50" w:type="dxa"/>
              <w:bottom w:w="45" w:type="dxa"/>
              <w:end w:w="50" w:type="dxa"/>
            </w:tcMar>
            <w:vAlign w:val="top"/>
          </w:tcPr>
          <w:p>
            <w:pPr>
              <w:spacing w:after="0" w:line="240" w:lineRule="auto"/>
            </w:pPr>
            <w:r>
              <w:rPr>
                <w:rFonts w:ascii="Times New Roman" w:hAnsi="Times New Roman"/>
                <w:b w:val="0"/>
                <w:i w:val="0"/>
                <w:sz w:val="15"/>
              </w:rPr>
              <w:t>713-633-5011</w:t>
              <w:br/>
              <w:t>nddhc@newdaychurch.org</w:t>
            </w:r>
          </w:p>
        </w:tc>
      </w:tr>
    </w:tbl>
    <w:p>
      <w:r>
        <w:br w:type="page"/>
      </w:r>
    </w:p>
    <w:p>
      <w:pPr>
        <w:spacing w:before="0" w:after="40" w:line="269" w:lineRule="auto"/>
        <w:jc w:val="center"/>
      </w:pPr>
      <w:r>
        <w:rPr>
          <w:rFonts w:ascii="Times New Roman" w:hAnsi="Times New Roman"/>
          <w:b/>
          <w:i w:val="0"/>
          <w:color w:val="4B2E83"/>
          <w:sz w:val="32"/>
        </w:rPr>
        <w:t>Regional Directory Structure</w:t>
      </w:r>
    </w:p>
    <w:p>
      <w:pPr>
        <w:spacing w:before="0" w:after="180" w:line="269" w:lineRule="auto"/>
        <w:jc w:val="center"/>
      </w:pPr>
      <w:r>
        <w:rPr>
          <w:rFonts w:ascii="Times New Roman" w:hAnsi="Times New Roman"/>
          <w:b w:val="0"/>
          <w:i w:val="0"/>
          <w:color w:val="666666"/>
          <w:sz w:val="20"/>
        </w:rPr>
        <w:t>For directory and connectional purposes, the active churches are organized into six geographic regions. This format combines smaller state fields with neighboring states while preserving each congregation's state identity.</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160"/>
            <w:shd w:fill="4B2E83"/>
            <w:tcMar>
              <w:top w:w="55" w:type="dxa"/>
              <w:start w:w="60" w:type="dxa"/>
              <w:bottom w:w="55" w:type="dxa"/>
              <w:end w:w="60" w:type="dxa"/>
            </w:tcMar>
          </w:tcPr>
          <w:p>
            <w:pPr>
              <w:jc w:val="center"/>
            </w:pPr>
            <w:r>
              <w:rPr>
                <w:rFonts w:ascii="Times New Roman" w:hAnsi="Times New Roman"/>
                <w:b/>
                <w:i w:val="0"/>
                <w:color w:val="FFFFFF"/>
                <w:sz w:val="17"/>
              </w:rPr>
              <w:t>Region</w:t>
            </w:r>
          </w:p>
        </w:tc>
        <w:tc>
          <w:tcPr>
            <w:tcW w:type="dxa" w:w="3888"/>
            <w:shd w:fill="4B2E83"/>
            <w:tcMar>
              <w:top w:w="55" w:type="dxa"/>
              <w:start w:w="60" w:type="dxa"/>
              <w:bottom w:w="55" w:type="dxa"/>
              <w:end w:w="60" w:type="dxa"/>
            </w:tcMar>
          </w:tcPr>
          <w:p>
            <w:pPr>
              <w:jc w:val="center"/>
            </w:pPr>
            <w:r>
              <w:rPr>
                <w:rFonts w:ascii="Times New Roman" w:hAnsi="Times New Roman"/>
                <w:b/>
                <w:i w:val="0"/>
                <w:color w:val="FFFFFF"/>
                <w:sz w:val="17"/>
              </w:rPr>
              <w:t>States / Territories</w:t>
            </w:r>
          </w:p>
        </w:tc>
        <w:tc>
          <w:tcPr>
            <w:tcW w:type="dxa" w:w="1080"/>
            <w:shd w:fill="4B2E83"/>
            <w:tcMar>
              <w:top w:w="55" w:type="dxa"/>
              <w:start w:w="60" w:type="dxa"/>
              <w:bottom w:w="55" w:type="dxa"/>
              <w:end w:w="60" w:type="dxa"/>
            </w:tcMar>
          </w:tcPr>
          <w:p>
            <w:pPr>
              <w:jc w:val="center"/>
            </w:pPr>
            <w:r>
              <w:rPr>
                <w:rFonts w:ascii="Times New Roman" w:hAnsi="Times New Roman"/>
                <w:b/>
                <w:i w:val="0"/>
                <w:color w:val="FFFFFF"/>
                <w:sz w:val="17"/>
              </w:rPr>
              <w:t>Churches</w:t>
            </w:r>
          </w:p>
        </w:tc>
        <w:tc>
          <w:tcPr>
            <w:tcW w:type="dxa" w:w="3240"/>
            <w:shd w:fill="4B2E83"/>
            <w:tcMar>
              <w:top w:w="55" w:type="dxa"/>
              <w:start w:w="60" w:type="dxa"/>
              <w:bottom w:w="55" w:type="dxa"/>
              <w:end w:w="60" w:type="dxa"/>
            </w:tcMar>
          </w:tcPr>
          <w:p>
            <w:pPr>
              <w:jc w:val="center"/>
            </w:pPr>
            <w:r>
              <w:rPr>
                <w:rFonts w:ascii="Times New Roman" w:hAnsi="Times New Roman"/>
                <w:b/>
                <w:i w:val="0"/>
                <w:color w:val="FFFFFF"/>
                <w:sz w:val="17"/>
              </w:rPr>
              <w:t>Purpose</w:t>
            </w:r>
          </w:p>
        </w:tc>
      </w:tr>
      <w:tr>
        <w:trPr>
          <w:cantSplit/>
        </w:trPr>
        <w:tc>
          <w:tcPr>
            <w:tcW w:type="dxa" w:w="2160"/>
            <w:tcMar>
              <w:top w:w="50" w:type="dxa"/>
              <w:start w:w="60" w:type="dxa"/>
              <w:bottom w:w="50" w:type="dxa"/>
              <w:end w:w="60" w:type="dxa"/>
            </w:tcMar>
          </w:tcPr>
          <w:p>
            <w:pPr>
              <w:spacing w:after="0"/>
            </w:pPr>
            <w:r>
              <w:rPr>
                <w:rFonts w:ascii="Times New Roman" w:hAnsi="Times New Roman"/>
                <w:b w:val="0"/>
                <w:i w:val="0"/>
                <w:sz w:val="16"/>
              </w:rPr>
              <w:t>Northeast Region</w:t>
            </w:r>
          </w:p>
        </w:tc>
        <w:tc>
          <w:tcPr>
            <w:tcW w:type="dxa" w:w="3888"/>
            <w:tcMar>
              <w:top w:w="50" w:type="dxa"/>
              <w:start w:w="60" w:type="dxa"/>
              <w:bottom w:w="50" w:type="dxa"/>
              <w:end w:w="60" w:type="dxa"/>
            </w:tcMar>
          </w:tcPr>
          <w:p>
            <w:pPr>
              <w:spacing w:after="0"/>
            </w:pPr>
            <w:r>
              <w:rPr>
                <w:rFonts w:ascii="Times New Roman" w:hAnsi="Times New Roman"/>
                <w:b w:val="0"/>
                <w:i w:val="0"/>
                <w:sz w:val="16"/>
              </w:rPr>
              <w:t>CT (8), MA (2), RI (1), NY (9)</w:t>
            </w:r>
          </w:p>
        </w:tc>
        <w:tc>
          <w:tcPr>
            <w:tcW w:type="dxa" w:w="1080"/>
            <w:tcMar>
              <w:top w:w="50" w:type="dxa"/>
              <w:start w:w="60" w:type="dxa"/>
              <w:bottom w:w="50" w:type="dxa"/>
              <w:end w:w="60" w:type="dxa"/>
            </w:tcMar>
          </w:tcPr>
          <w:p>
            <w:pPr>
              <w:spacing w:after="0"/>
            </w:pPr>
            <w:r>
              <w:rPr>
                <w:rFonts w:ascii="Times New Roman" w:hAnsi="Times New Roman"/>
                <w:b w:val="0"/>
                <w:i w:val="0"/>
                <w:sz w:val="16"/>
              </w:rPr>
              <w:t>20</w:t>
            </w:r>
          </w:p>
        </w:tc>
        <w:tc>
          <w:tcPr>
            <w:tcW w:type="dxa" w:w="3240"/>
            <w:tcMar>
              <w:top w:w="50" w:type="dxa"/>
              <w:start w:w="60" w:type="dxa"/>
              <w:bottom w:w="50" w:type="dxa"/>
              <w:end w:w="60" w:type="dxa"/>
            </w:tcMar>
          </w:tcPr>
          <w:p>
            <w:pPr>
              <w:spacing w:after="0"/>
            </w:pPr>
            <w:r>
              <w:rPr>
                <w:rFonts w:ascii="Times New Roman" w:hAnsi="Times New Roman"/>
                <w:b w:val="0"/>
                <w:i w:val="0"/>
                <w:sz w:val="16"/>
              </w:rPr>
              <w:t>Regional fellowship, communication, outreach, and support.</w:t>
            </w:r>
          </w:p>
        </w:tc>
      </w:tr>
      <w:tr>
        <w:trPr>
          <w:cantSplit/>
        </w:trPr>
        <w:tc>
          <w:tcPr>
            <w:tcW w:type="dxa" w:w="2160"/>
            <w:tcMar>
              <w:top w:w="50" w:type="dxa"/>
              <w:start w:w="60" w:type="dxa"/>
              <w:bottom w:w="50" w:type="dxa"/>
              <w:end w:w="60" w:type="dxa"/>
            </w:tcMar>
            <w:shd w:fill="F5F0FA"/>
          </w:tcPr>
          <w:p>
            <w:pPr>
              <w:spacing w:after="0"/>
            </w:pPr>
            <w:r>
              <w:rPr>
                <w:rFonts w:ascii="Times New Roman" w:hAnsi="Times New Roman"/>
                <w:b w:val="0"/>
                <w:i w:val="0"/>
                <w:sz w:val="16"/>
              </w:rPr>
              <w:t>Mid-Atlantic Region</w:t>
            </w:r>
          </w:p>
        </w:tc>
        <w:tc>
          <w:tcPr>
            <w:tcW w:type="dxa" w:w="3888"/>
            <w:tcMar>
              <w:top w:w="50" w:type="dxa"/>
              <w:start w:w="60" w:type="dxa"/>
              <w:bottom w:w="50" w:type="dxa"/>
              <w:end w:w="60" w:type="dxa"/>
            </w:tcMar>
            <w:shd w:fill="F5F0FA"/>
          </w:tcPr>
          <w:p>
            <w:pPr>
              <w:spacing w:after="0"/>
            </w:pPr>
            <w:r>
              <w:rPr>
                <w:rFonts w:ascii="Times New Roman" w:hAnsi="Times New Roman"/>
                <w:b w:val="0"/>
                <w:i w:val="0"/>
                <w:sz w:val="16"/>
              </w:rPr>
              <w:t>NJ (3), PA (14), MD (6), VA (6), WV (1)</w:t>
            </w:r>
          </w:p>
        </w:tc>
        <w:tc>
          <w:tcPr>
            <w:tcW w:type="dxa" w:w="1080"/>
            <w:tcMar>
              <w:top w:w="50" w:type="dxa"/>
              <w:start w:w="60" w:type="dxa"/>
              <w:bottom w:w="50" w:type="dxa"/>
              <w:end w:w="60" w:type="dxa"/>
            </w:tcMar>
            <w:shd w:fill="F5F0FA"/>
          </w:tcPr>
          <w:p>
            <w:pPr>
              <w:spacing w:after="0"/>
            </w:pPr>
            <w:r>
              <w:rPr>
                <w:rFonts w:ascii="Times New Roman" w:hAnsi="Times New Roman"/>
                <w:b w:val="0"/>
                <w:i w:val="0"/>
                <w:sz w:val="16"/>
              </w:rPr>
              <w:t>30</w:t>
            </w:r>
          </w:p>
        </w:tc>
        <w:tc>
          <w:tcPr>
            <w:tcW w:type="dxa" w:w="3240"/>
            <w:tcMar>
              <w:top w:w="50" w:type="dxa"/>
              <w:start w:w="60" w:type="dxa"/>
              <w:bottom w:w="50" w:type="dxa"/>
              <w:end w:w="60" w:type="dxa"/>
            </w:tcMar>
            <w:shd w:fill="F5F0FA"/>
          </w:tcPr>
          <w:p>
            <w:pPr>
              <w:spacing w:after="0"/>
            </w:pPr>
            <w:r>
              <w:rPr>
                <w:rFonts w:ascii="Times New Roman" w:hAnsi="Times New Roman"/>
                <w:b w:val="0"/>
                <w:i w:val="0"/>
                <w:sz w:val="16"/>
              </w:rPr>
              <w:t>Regional fellowship, communication, outreach, and support.</w:t>
            </w:r>
          </w:p>
        </w:tc>
      </w:tr>
      <w:tr>
        <w:trPr>
          <w:cantSplit/>
        </w:trPr>
        <w:tc>
          <w:tcPr>
            <w:tcW w:type="dxa" w:w="2160"/>
            <w:tcMar>
              <w:top w:w="50" w:type="dxa"/>
              <w:start w:w="60" w:type="dxa"/>
              <w:bottom w:w="50" w:type="dxa"/>
              <w:end w:w="60" w:type="dxa"/>
            </w:tcMar>
          </w:tcPr>
          <w:p>
            <w:pPr>
              <w:spacing w:after="0"/>
            </w:pPr>
            <w:r>
              <w:rPr>
                <w:rFonts w:ascii="Times New Roman" w:hAnsi="Times New Roman"/>
                <w:b w:val="0"/>
                <w:i w:val="0"/>
                <w:sz w:val="16"/>
              </w:rPr>
              <w:t>Southeast Region</w:t>
            </w:r>
          </w:p>
        </w:tc>
        <w:tc>
          <w:tcPr>
            <w:tcW w:type="dxa" w:w="3888"/>
            <w:tcMar>
              <w:top w:w="50" w:type="dxa"/>
              <w:start w:w="60" w:type="dxa"/>
              <w:bottom w:w="50" w:type="dxa"/>
              <w:end w:w="60" w:type="dxa"/>
            </w:tcMar>
          </w:tcPr>
          <w:p>
            <w:pPr>
              <w:spacing w:after="0"/>
            </w:pPr>
            <w:r>
              <w:rPr>
                <w:rFonts w:ascii="Times New Roman" w:hAnsi="Times New Roman"/>
                <w:b w:val="0"/>
                <w:i w:val="0"/>
                <w:sz w:val="16"/>
              </w:rPr>
              <w:t>NC (12), SC (2), GA (12), FL (12)</w:t>
            </w:r>
          </w:p>
        </w:tc>
        <w:tc>
          <w:tcPr>
            <w:tcW w:type="dxa" w:w="1080"/>
            <w:tcMar>
              <w:top w:w="50" w:type="dxa"/>
              <w:start w:w="60" w:type="dxa"/>
              <w:bottom w:w="50" w:type="dxa"/>
              <w:end w:w="60" w:type="dxa"/>
            </w:tcMar>
          </w:tcPr>
          <w:p>
            <w:pPr>
              <w:spacing w:after="0"/>
            </w:pPr>
            <w:r>
              <w:rPr>
                <w:rFonts w:ascii="Times New Roman" w:hAnsi="Times New Roman"/>
                <w:b w:val="0"/>
                <w:i w:val="0"/>
                <w:sz w:val="16"/>
              </w:rPr>
              <w:t>38</w:t>
            </w:r>
          </w:p>
        </w:tc>
        <w:tc>
          <w:tcPr>
            <w:tcW w:type="dxa" w:w="3240"/>
            <w:tcMar>
              <w:top w:w="50" w:type="dxa"/>
              <w:start w:w="60" w:type="dxa"/>
              <w:bottom w:w="50" w:type="dxa"/>
              <w:end w:w="60" w:type="dxa"/>
            </w:tcMar>
          </w:tcPr>
          <w:p>
            <w:pPr>
              <w:spacing w:after="0"/>
            </w:pPr>
            <w:r>
              <w:rPr>
                <w:rFonts w:ascii="Times New Roman" w:hAnsi="Times New Roman"/>
                <w:b w:val="0"/>
                <w:i w:val="0"/>
                <w:sz w:val="16"/>
              </w:rPr>
              <w:t>Regional fellowship, communication, outreach, and support.</w:t>
            </w:r>
          </w:p>
        </w:tc>
      </w:tr>
      <w:tr>
        <w:trPr>
          <w:cantSplit/>
        </w:trPr>
        <w:tc>
          <w:tcPr>
            <w:tcW w:type="dxa" w:w="2160"/>
            <w:tcMar>
              <w:top w:w="50" w:type="dxa"/>
              <w:start w:w="60" w:type="dxa"/>
              <w:bottom w:w="50" w:type="dxa"/>
              <w:end w:w="60" w:type="dxa"/>
            </w:tcMar>
            <w:shd w:fill="F5F0FA"/>
          </w:tcPr>
          <w:p>
            <w:pPr>
              <w:spacing w:after="0"/>
            </w:pPr>
            <w:r>
              <w:rPr>
                <w:rFonts w:ascii="Times New Roman" w:hAnsi="Times New Roman"/>
                <w:b w:val="0"/>
                <w:i w:val="0"/>
                <w:sz w:val="16"/>
              </w:rPr>
              <w:t>South Central &amp; Gulf Region</w:t>
            </w:r>
          </w:p>
        </w:tc>
        <w:tc>
          <w:tcPr>
            <w:tcW w:type="dxa" w:w="3888"/>
            <w:tcMar>
              <w:top w:w="50" w:type="dxa"/>
              <w:start w:w="60" w:type="dxa"/>
              <w:bottom w:w="50" w:type="dxa"/>
              <w:end w:w="60" w:type="dxa"/>
            </w:tcMar>
            <w:shd w:fill="F5F0FA"/>
          </w:tcPr>
          <w:p>
            <w:pPr>
              <w:spacing w:after="0"/>
            </w:pPr>
            <w:r>
              <w:rPr>
                <w:rFonts w:ascii="Times New Roman" w:hAnsi="Times New Roman"/>
                <w:b w:val="0"/>
                <w:i w:val="0"/>
                <w:sz w:val="16"/>
              </w:rPr>
              <w:t>AL (9), TN (4), KY (1), LA (1), TX (13), OK (1)</w:t>
            </w:r>
          </w:p>
        </w:tc>
        <w:tc>
          <w:tcPr>
            <w:tcW w:type="dxa" w:w="1080"/>
            <w:tcMar>
              <w:top w:w="50" w:type="dxa"/>
              <w:start w:w="60" w:type="dxa"/>
              <w:bottom w:w="50" w:type="dxa"/>
              <w:end w:w="60" w:type="dxa"/>
            </w:tcMar>
            <w:shd w:fill="F5F0FA"/>
          </w:tcPr>
          <w:p>
            <w:pPr>
              <w:spacing w:after="0"/>
            </w:pPr>
            <w:r>
              <w:rPr>
                <w:rFonts w:ascii="Times New Roman" w:hAnsi="Times New Roman"/>
                <w:b w:val="0"/>
                <w:i w:val="0"/>
                <w:sz w:val="16"/>
              </w:rPr>
              <w:t>29</w:t>
            </w:r>
          </w:p>
        </w:tc>
        <w:tc>
          <w:tcPr>
            <w:tcW w:type="dxa" w:w="3240"/>
            <w:tcMar>
              <w:top w:w="50" w:type="dxa"/>
              <w:start w:w="60" w:type="dxa"/>
              <w:bottom w:w="50" w:type="dxa"/>
              <w:end w:w="60" w:type="dxa"/>
            </w:tcMar>
            <w:shd w:fill="F5F0FA"/>
          </w:tcPr>
          <w:p>
            <w:pPr>
              <w:spacing w:after="0"/>
            </w:pPr>
            <w:r>
              <w:rPr>
                <w:rFonts w:ascii="Times New Roman" w:hAnsi="Times New Roman"/>
                <w:b w:val="0"/>
                <w:i w:val="0"/>
                <w:sz w:val="16"/>
              </w:rPr>
              <w:t>Regional fellowship, communication, outreach, and support.</w:t>
            </w:r>
          </w:p>
        </w:tc>
      </w:tr>
      <w:tr>
        <w:trPr>
          <w:cantSplit/>
        </w:trPr>
        <w:tc>
          <w:tcPr>
            <w:tcW w:type="dxa" w:w="2160"/>
            <w:tcMar>
              <w:top w:w="50" w:type="dxa"/>
              <w:start w:w="60" w:type="dxa"/>
              <w:bottom w:w="50" w:type="dxa"/>
              <w:end w:w="60" w:type="dxa"/>
            </w:tcMar>
          </w:tcPr>
          <w:p>
            <w:pPr>
              <w:spacing w:after="0"/>
            </w:pPr>
            <w:r>
              <w:rPr>
                <w:rFonts w:ascii="Times New Roman" w:hAnsi="Times New Roman"/>
                <w:b w:val="0"/>
                <w:i w:val="0"/>
                <w:sz w:val="16"/>
              </w:rPr>
              <w:t>Great Lakes &amp; Midwest Region</w:t>
            </w:r>
          </w:p>
        </w:tc>
        <w:tc>
          <w:tcPr>
            <w:tcW w:type="dxa" w:w="3888"/>
            <w:tcMar>
              <w:top w:w="50" w:type="dxa"/>
              <w:start w:w="60" w:type="dxa"/>
              <w:bottom w:w="50" w:type="dxa"/>
              <w:end w:w="60" w:type="dxa"/>
            </w:tcMar>
          </w:tcPr>
          <w:p>
            <w:pPr>
              <w:spacing w:after="0"/>
            </w:pPr>
            <w:r>
              <w:rPr>
                <w:rFonts w:ascii="Times New Roman" w:hAnsi="Times New Roman"/>
                <w:b w:val="0"/>
                <w:i w:val="0"/>
                <w:sz w:val="16"/>
              </w:rPr>
              <w:t>OH (2), MI (9), IN (1), IL (2), WI (1), MN (1)</w:t>
            </w:r>
          </w:p>
        </w:tc>
        <w:tc>
          <w:tcPr>
            <w:tcW w:type="dxa" w:w="1080"/>
            <w:tcMar>
              <w:top w:w="50" w:type="dxa"/>
              <w:start w:w="60" w:type="dxa"/>
              <w:bottom w:w="50" w:type="dxa"/>
              <w:end w:w="60" w:type="dxa"/>
            </w:tcMar>
          </w:tcPr>
          <w:p>
            <w:pPr>
              <w:spacing w:after="0"/>
            </w:pPr>
            <w:r>
              <w:rPr>
                <w:rFonts w:ascii="Times New Roman" w:hAnsi="Times New Roman"/>
                <w:b w:val="0"/>
                <w:i w:val="0"/>
                <w:sz w:val="16"/>
              </w:rPr>
              <w:t>16</w:t>
            </w:r>
          </w:p>
        </w:tc>
        <w:tc>
          <w:tcPr>
            <w:tcW w:type="dxa" w:w="3240"/>
            <w:tcMar>
              <w:top w:w="50" w:type="dxa"/>
              <w:start w:w="60" w:type="dxa"/>
              <w:bottom w:w="50" w:type="dxa"/>
              <w:end w:w="60" w:type="dxa"/>
            </w:tcMar>
          </w:tcPr>
          <w:p>
            <w:pPr>
              <w:spacing w:after="0"/>
            </w:pPr>
            <w:r>
              <w:rPr>
                <w:rFonts w:ascii="Times New Roman" w:hAnsi="Times New Roman"/>
                <w:b w:val="0"/>
                <w:i w:val="0"/>
                <w:sz w:val="16"/>
              </w:rPr>
              <w:t>Regional fellowship, communication, outreach, and support.</w:t>
            </w:r>
          </w:p>
        </w:tc>
      </w:tr>
      <w:tr>
        <w:trPr>
          <w:cantSplit/>
        </w:trPr>
        <w:tc>
          <w:tcPr>
            <w:tcW w:type="dxa" w:w="2160"/>
            <w:tcMar>
              <w:top w:w="50" w:type="dxa"/>
              <w:start w:w="60" w:type="dxa"/>
              <w:bottom w:w="50" w:type="dxa"/>
              <w:end w:w="60" w:type="dxa"/>
            </w:tcMar>
            <w:shd w:fill="F5F0FA"/>
          </w:tcPr>
          <w:p>
            <w:pPr>
              <w:spacing w:after="0"/>
            </w:pPr>
            <w:r>
              <w:rPr>
                <w:rFonts w:ascii="Times New Roman" w:hAnsi="Times New Roman"/>
                <w:b w:val="0"/>
                <w:i w:val="0"/>
                <w:sz w:val="16"/>
              </w:rPr>
              <w:t>West &amp; Pacific Region</w:t>
            </w:r>
          </w:p>
        </w:tc>
        <w:tc>
          <w:tcPr>
            <w:tcW w:type="dxa" w:w="3888"/>
            <w:tcMar>
              <w:top w:w="50" w:type="dxa"/>
              <w:start w:w="60" w:type="dxa"/>
              <w:bottom w:w="50" w:type="dxa"/>
              <w:end w:w="60" w:type="dxa"/>
            </w:tcMar>
            <w:shd w:fill="F5F0FA"/>
          </w:tcPr>
          <w:p>
            <w:pPr>
              <w:spacing w:after="0"/>
            </w:pPr>
            <w:r>
              <w:rPr>
                <w:rFonts w:ascii="Times New Roman" w:hAnsi="Times New Roman"/>
                <w:b w:val="0"/>
                <w:i w:val="0"/>
                <w:sz w:val="16"/>
              </w:rPr>
              <w:t>CA (4), ID (1), MT (1), WA (1), GU (1), MP (1)</w:t>
            </w:r>
          </w:p>
        </w:tc>
        <w:tc>
          <w:tcPr>
            <w:tcW w:type="dxa" w:w="1080"/>
            <w:tcMar>
              <w:top w:w="50" w:type="dxa"/>
              <w:start w:w="60" w:type="dxa"/>
              <w:bottom w:w="50" w:type="dxa"/>
              <w:end w:w="60" w:type="dxa"/>
            </w:tcMar>
            <w:shd w:fill="F5F0FA"/>
          </w:tcPr>
          <w:p>
            <w:pPr>
              <w:spacing w:after="0"/>
            </w:pPr>
            <w:r>
              <w:rPr>
                <w:rFonts w:ascii="Times New Roman" w:hAnsi="Times New Roman"/>
                <w:b w:val="0"/>
                <w:i w:val="0"/>
                <w:sz w:val="16"/>
              </w:rPr>
              <w:t>9</w:t>
            </w:r>
          </w:p>
        </w:tc>
        <w:tc>
          <w:tcPr>
            <w:tcW w:type="dxa" w:w="3240"/>
            <w:tcMar>
              <w:top w:w="50" w:type="dxa"/>
              <w:start w:w="60" w:type="dxa"/>
              <w:bottom w:w="50" w:type="dxa"/>
              <w:end w:w="60" w:type="dxa"/>
            </w:tcMar>
            <w:shd w:fill="F5F0FA"/>
          </w:tcPr>
          <w:p>
            <w:pPr>
              <w:spacing w:after="0"/>
            </w:pPr>
            <w:r>
              <w:rPr>
                <w:rFonts w:ascii="Times New Roman" w:hAnsi="Times New Roman"/>
                <w:b w:val="0"/>
                <w:i w:val="0"/>
                <w:sz w:val="16"/>
              </w:rPr>
              <w:t>Regional fellowship, communication, outreach, and support.</w:t>
            </w:r>
          </w:p>
        </w:tc>
      </w:tr>
    </w:tbl>
    <w:p/>
    <w:p>
      <w:pPr>
        <w:spacing w:before="0" w:after="40" w:line="269" w:lineRule="auto"/>
        <w:jc w:val="center"/>
      </w:pPr>
      <w:r>
        <w:rPr>
          <w:rFonts w:ascii="Times New Roman" w:hAnsi="Times New Roman"/>
          <w:b/>
          <w:i w:val="0"/>
          <w:color w:val="4B2E83"/>
          <w:sz w:val="21"/>
        </w:rPr>
        <w:t>Total active churches in the regional directory: 142</w:t>
      </w:r>
    </w:p>
    <w:p>
      <w:pPr>
        <w:spacing w:before="0" w:after="40" w:line="269" w:lineRule="auto"/>
        <w:jc w:val="center"/>
      </w:pPr>
      <w:r>
        <w:rPr>
          <w:rFonts w:ascii="Times New Roman" w:hAnsi="Times New Roman"/>
          <w:b/>
          <w:i w:val="0"/>
          <w:color w:val="C9A227"/>
          <w:sz w:val="21"/>
        </w:rPr>
        <w:t>Bishops and Apostles identified in active church records: 9</w:t>
      </w:r>
    </w:p>
    <w:p>
      <w:r>
        <w:br w:type="page"/>
      </w:r>
    </w:p>
    <w:p>
      <w:pPr>
        <w:spacing w:before="0" w:after="0"/>
        <w:jc w:val="center"/>
      </w:pPr>
      <w:r>
        <w:drawing>
          <wp:inline xmlns:a="http://schemas.openxmlformats.org/drawingml/2006/main" xmlns:pic="http://schemas.openxmlformats.org/drawingml/2006/picture">
            <wp:extent cx="6812280" cy="4257675"/>
            <wp:docPr id="4" name="Picture 4"/>
            <wp:cNvGraphicFramePr>
              <a:graphicFrameLocks noChangeAspect="1"/>
            </wp:cNvGraphicFramePr>
            <a:graphic>
              <a:graphicData uri="http://schemas.openxmlformats.org/drawingml/2006/picture">
                <pic:pic>
                  <pic:nvPicPr>
                    <pic:cNvPr id="0" name="UDCA_Connectional_Model_Landscape.png"/>
                    <pic:cNvPicPr/>
                  </pic:nvPicPr>
                  <pic:blipFill>
                    <a:blip r:embed="rId13"/>
                    <a:stretch>
                      <a:fillRect/>
                    </a:stretch>
                  </pic:blipFill>
                  <pic:spPr>
                    <a:xfrm>
                      <a:off x="0" y="0"/>
                      <a:ext cx="6812280" cy="4257675"/>
                    </a:xfrm>
                    <a:prstGeom prst="rect"/>
                  </pic:spPr>
                </pic:pic>
              </a:graphicData>
            </a:graphic>
          </wp:inline>
        </w:drawing>
      </w:r>
    </w:p>
    <w:p>
      <w:r>
        <w:br w:type="page"/>
      </w:r>
    </w:p>
    <w:p>
      <w:pPr>
        <w:spacing w:before="0" w:after="80" w:line="269" w:lineRule="auto"/>
        <w:jc w:val="center"/>
      </w:pPr>
      <w:r>
        <w:rPr>
          <w:rFonts w:ascii="Times New Roman" w:hAnsi="Times New Roman"/>
          <w:b/>
          <w:i w:val="0"/>
          <w:color w:val="4B2E83"/>
          <w:sz w:val="32"/>
        </w:rPr>
        <w:t>Regional Directory Index</w:t>
      </w:r>
    </w:p>
    <w:p>
      <w:pPr>
        <w:spacing w:before="0" w:after="20" w:line="269" w:lineRule="auto"/>
        <w:jc w:val="left"/>
      </w:pPr>
      <w:r>
        <w:rPr>
          <w:rFonts w:ascii="Times New Roman" w:hAnsi="Times New Roman"/>
          <w:b/>
          <w:i w:val="0"/>
          <w:color w:val="4B2E83"/>
          <w:sz w:val="24"/>
        </w:rPr>
        <w:t>Northeast Region</w:t>
      </w:r>
    </w:p>
    <w:p>
      <w:pPr>
        <w:spacing w:before="0" w:after="120" w:line="269" w:lineRule="auto"/>
        <w:jc w:val="left"/>
      </w:pPr>
      <w:r>
        <w:rPr>
          <w:rFonts w:ascii="Times New Roman" w:hAnsi="Times New Roman"/>
          <w:b w:val="0"/>
          <w:i w:val="0"/>
          <w:color w:val="666666"/>
          <w:sz w:val="19"/>
        </w:rPr>
        <w:t>CT (8) • MA (2) • RI (1) • NY (9)   |   Total: 20</w:t>
      </w:r>
    </w:p>
    <w:p>
      <w:pPr>
        <w:spacing w:before="0" w:after="20" w:line="269" w:lineRule="auto"/>
        <w:jc w:val="left"/>
      </w:pPr>
      <w:r>
        <w:rPr>
          <w:rFonts w:ascii="Times New Roman" w:hAnsi="Times New Roman"/>
          <w:b/>
          <w:i w:val="0"/>
          <w:color w:val="4B2E83"/>
          <w:sz w:val="24"/>
        </w:rPr>
        <w:t>Mid-Atlantic Region</w:t>
      </w:r>
    </w:p>
    <w:p>
      <w:pPr>
        <w:spacing w:before="0" w:after="120" w:line="269" w:lineRule="auto"/>
        <w:jc w:val="left"/>
      </w:pPr>
      <w:r>
        <w:rPr>
          <w:rFonts w:ascii="Times New Roman" w:hAnsi="Times New Roman"/>
          <w:b w:val="0"/>
          <w:i w:val="0"/>
          <w:color w:val="666666"/>
          <w:sz w:val="19"/>
        </w:rPr>
        <w:t>NJ (3) • PA (14) • MD (6) • VA (6) • WV (1)   |   Total: 30</w:t>
      </w:r>
    </w:p>
    <w:p>
      <w:pPr>
        <w:spacing w:before="0" w:after="20" w:line="269" w:lineRule="auto"/>
        <w:jc w:val="left"/>
      </w:pPr>
      <w:r>
        <w:rPr>
          <w:rFonts w:ascii="Times New Roman" w:hAnsi="Times New Roman"/>
          <w:b/>
          <w:i w:val="0"/>
          <w:color w:val="4B2E83"/>
          <w:sz w:val="24"/>
        </w:rPr>
        <w:t>Southeast Region</w:t>
      </w:r>
    </w:p>
    <w:p>
      <w:pPr>
        <w:spacing w:before="0" w:after="120" w:line="269" w:lineRule="auto"/>
        <w:jc w:val="left"/>
      </w:pPr>
      <w:r>
        <w:rPr>
          <w:rFonts w:ascii="Times New Roman" w:hAnsi="Times New Roman"/>
          <w:b w:val="0"/>
          <w:i w:val="0"/>
          <w:color w:val="666666"/>
          <w:sz w:val="19"/>
        </w:rPr>
        <w:t>NC (12) • SC (2) • GA (12) • FL (12)   |   Total: 38</w:t>
      </w:r>
    </w:p>
    <w:p>
      <w:pPr>
        <w:spacing w:before="0" w:after="20" w:line="269" w:lineRule="auto"/>
        <w:jc w:val="left"/>
      </w:pPr>
      <w:r>
        <w:rPr>
          <w:rFonts w:ascii="Times New Roman" w:hAnsi="Times New Roman"/>
          <w:b/>
          <w:i w:val="0"/>
          <w:color w:val="4B2E83"/>
          <w:sz w:val="24"/>
        </w:rPr>
        <w:t>South Central &amp; Gulf Region</w:t>
      </w:r>
    </w:p>
    <w:p>
      <w:pPr>
        <w:spacing w:before="0" w:after="120" w:line="269" w:lineRule="auto"/>
        <w:jc w:val="left"/>
      </w:pPr>
      <w:r>
        <w:rPr>
          <w:rFonts w:ascii="Times New Roman" w:hAnsi="Times New Roman"/>
          <w:b w:val="0"/>
          <w:i w:val="0"/>
          <w:color w:val="666666"/>
          <w:sz w:val="19"/>
        </w:rPr>
        <w:t>AL (9) • TN (4) • KY (1) • LA (1) • TX (13) • OK (1)   |   Total: 29</w:t>
      </w:r>
    </w:p>
    <w:p>
      <w:pPr>
        <w:spacing w:before="0" w:after="20" w:line="269" w:lineRule="auto"/>
        <w:jc w:val="left"/>
      </w:pPr>
      <w:r>
        <w:rPr>
          <w:rFonts w:ascii="Times New Roman" w:hAnsi="Times New Roman"/>
          <w:b/>
          <w:i w:val="0"/>
          <w:color w:val="4B2E83"/>
          <w:sz w:val="24"/>
        </w:rPr>
        <w:t>Great Lakes &amp; Midwest Region</w:t>
      </w:r>
    </w:p>
    <w:p>
      <w:pPr>
        <w:spacing w:before="0" w:after="120" w:line="269" w:lineRule="auto"/>
        <w:jc w:val="left"/>
      </w:pPr>
      <w:r>
        <w:rPr>
          <w:rFonts w:ascii="Times New Roman" w:hAnsi="Times New Roman"/>
          <w:b w:val="0"/>
          <w:i w:val="0"/>
          <w:color w:val="666666"/>
          <w:sz w:val="19"/>
        </w:rPr>
        <w:t>OH (2) • MI (9) • IN (1) • IL (2) • WI (1) • MN (1)   |   Total: 16</w:t>
      </w:r>
    </w:p>
    <w:p>
      <w:pPr>
        <w:spacing w:before="0" w:after="20" w:line="269" w:lineRule="auto"/>
        <w:jc w:val="left"/>
      </w:pPr>
      <w:r>
        <w:rPr>
          <w:rFonts w:ascii="Times New Roman" w:hAnsi="Times New Roman"/>
          <w:b/>
          <w:i w:val="0"/>
          <w:color w:val="4B2E83"/>
          <w:sz w:val="24"/>
        </w:rPr>
        <w:t>West &amp; Pacific Region</w:t>
      </w:r>
    </w:p>
    <w:p>
      <w:pPr>
        <w:spacing w:before="0" w:after="120" w:line="269" w:lineRule="auto"/>
        <w:jc w:val="left"/>
      </w:pPr>
      <w:r>
        <w:rPr>
          <w:rFonts w:ascii="Times New Roman" w:hAnsi="Times New Roman"/>
          <w:b w:val="0"/>
          <w:i w:val="0"/>
          <w:color w:val="666666"/>
          <w:sz w:val="19"/>
        </w:rPr>
        <w:t>CA (4) • ID (1) • MT (1) • WA (1) • GU (1) • MP (1)   |   Total: 9</w:t>
      </w:r>
    </w:p>
    <w:p>
      <w:pPr>
        <w:spacing w:before="0" w:after="80" w:line="269" w:lineRule="auto"/>
        <w:jc w:val="center"/>
      </w:pPr>
      <w:r>
        <w:rPr>
          <w:rFonts w:ascii="Times New Roman" w:hAnsi="Times New Roman"/>
          <w:b w:val="0"/>
          <w:i/>
          <w:color w:val="666666"/>
          <w:sz w:val="19"/>
        </w:rPr>
        <w:t>Churches are listed within each region by state, then city, then church name. Sparse state fields are kept inside their region rather than being separated onto individual state pages.</w:t>
      </w:r>
    </w:p>
    <w:p>
      <w:r>
        <w:br w:type="page"/>
      </w:r>
    </w:p>
    <w:p>
      <w:pPr>
        <w:spacing w:before="0" w:after="80" w:line="269" w:lineRule="auto"/>
        <w:jc w:val="center"/>
      </w:pPr>
      <w:r>
        <w:rPr>
          <w:rFonts w:ascii="Times New Roman" w:hAnsi="Times New Roman"/>
          <w:b/>
          <w:i w:val="0"/>
          <w:color w:val="4B2E83"/>
          <w:sz w:val="30"/>
        </w:rPr>
        <w:t>Directory Status Notice</w:t>
      </w:r>
    </w:p>
    <w:p>
      <w:pPr>
        <w:spacing w:before="0" w:after="160" w:line="269" w:lineRule="auto"/>
        <w:jc w:val="left"/>
      </w:pPr>
      <w:r>
        <w:rPr>
          <w:rFonts w:ascii="Times New Roman" w:hAnsi="Times New Roman"/>
          <w:b w:val="0"/>
          <w:i w:val="0"/>
          <w:sz w:val="20"/>
        </w:rPr>
        <w:t>This Regional Edition is compiled from the current UDCA active church research list. It is a connectional and outreach directory of independent Deliverance, Holiness, and Deliverance-Holiness congregations. Inclusion in this directory should not, by itself, be read as confirmation of formal UDCA membership, covenant execution, ecclesiastical appointment, or denominational affiliation. Churches on review or hold status and churches identified with conflicting denominational, network, or organizational affiliations are not included.</w:t>
      </w:r>
    </w:p>
    <w:tbl>
      <w:tblPr>
        <w:tblStyle w:val="TableGrid"/>
        <w:tblW w:type="auto" w:w="0"/>
        <w:jc w:val="center"/>
        <w:tblLook w:firstColumn="1" w:firstRow="1" w:lastColumn="0" w:lastRow="0" w:noHBand="0" w:noVBand="1" w:val="04A0"/>
      </w:tblPr>
      <w:tblGrid>
        <w:gridCol w:w="5328"/>
        <w:gridCol w:w="5328"/>
      </w:tblGrid>
      <w:tr>
        <w:tc>
          <w:tcPr>
            <w:tcW w:type="dxa" w:w="5328"/>
            <w:shd w:fill="F5F0FA"/>
            <w:tcMar>
              <w:top w:w="70" w:type="dxa"/>
              <w:start w:w="100" w:type="dxa"/>
              <w:bottom w:w="70" w:type="dxa"/>
              <w:end w:w="100" w:type="dxa"/>
            </w:tcMar>
          </w:tcPr>
          <w:p>
            <w:r>
              <w:rPr>
                <w:rFonts w:ascii="Times New Roman" w:hAnsi="Times New Roman"/>
                <w:b/>
                <w:i w:val="0"/>
                <w:color w:val="4B2E83"/>
                <w:sz w:val="19"/>
              </w:rPr>
              <w:t>Active Churches</w:t>
            </w:r>
          </w:p>
        </w:tc>
        <w:tc>
          <w:tcPr>
            <w:tcW w:type="dxa" w:w="5328"/>
            <w:shd w:fill="F5F0FA"/>
            <w:tcMar>
              <w:top w:w="70" w:type="dxa"/>
              <w:start w:w="100" w:type="dxa"/>
              <w:bottom w:w="70" w:type="dxa"/>
              <w:end w:w="100" w:type="dxa"/>
            </w:tcMar>
          </w:tcPr>
          <w:p>
            <w:r>
              <w:rPr>
                <w:rFonts w:ascii="Times New Roman" w:hAnsi="Times New Roman"/>
                <w:b w:val="0"/>
                <w:i w:val="0"/>
                <w:sz w:val="19"/>
              </w:rPr>
              <w:t>142</w:t>
            </w:r>
          </w:p>
        </w:tc>
      </w:tr>
      <w:tr>
        <w:tc>
          <w:tcPr>
            <w:tcW w:type="dxa" w:w="5328"/>
            <w:tcMar>
              <w:top w:w="70" w:type="dxa"/>
              <w:start w:w="100" w:type="dxa"/>
              <w:bottom w:w="70" w:type="dxa"/>
              <w:end w:w="100" w:type="dxa"/>
            </w:tcMar>
          </w:tcPr>
          <w:p>
            <w:r>
              <w:rPr>
                <w:rFonts w:ascii="Times New Roman" w:hAnsi="Times New Roman"/>
                <w:b/>
                <w:i w:val="0"/>
                <w:color w:val="4B2E83"/>
                <w:sz w:val="19"/>
              </w:rPr>
              <w:t>Regions</w:t>
            </w:r>
          </w:p>
        </w:tc>
        <w:tc>
          <w:tcPr>
            <w:tcW w:type="dxa" w:w="5328"/>
            <w:tcMar>
              <w:top w:w="70" w:type="dxa"/>
              <w:start w:w="100" w:type="dxa"/>
              <w:bottom w:w="70" w:type="dxa"/>
              <w:end w:w="100" w:type="dxa"/>
            </w:tcMar>
          </w:tcPr>
          <w:p>
            <w:r>
              <w:rPr>
                <w:rFonts w:ascii="Times New Roman" w:hAnsi="Times New Roman"/>
                <w:b w:val="0"/>
                <w:i w:val="0"/>
                <w:sz w:val="19"/>
              </w:rPr>
              <w:t>6</w:t>
            </w:r>
          </w:p>
        </w:tc>
      </w:tr>
      <w:tr>
        <w:tc>
          <w:tcPr>
            <w:tcW w:type="dxa" w:w="5328"/>
            <w:shd w:fill="F5F0FA"/>
            <w:tcMar>
              <w:top w:w="70" w:type="dxa"/>
              <w:start w:w="100" w:type="dxa"/>
              <w:bottom w:w="70" w:type="dxa"/>
              <w:end w:w="100" w:type="dxa"/>
            </w:tcMar>
          </w:tcPr>
          <w:p>
            <w:r>
              <w:rPr>
                <w:rFonts w:ascii="Times New Roman" w:hAnsi="Times New Roman"/>
                <w:b/>
                <w:i w:val="0"/>
                <w:color w:val="4B2E83"/>
                <w:sz w:val="19"/>
              </w:rPr>
              <w:t>States / Territories Represented</w:t>
            </w:r>
          </w:p>
        </w:tc>
        <w:tc>
          <w:tcPr>
            <w:tcW w:type="dxa" w:w="5328"/>
            <w:shd w:fill="F5F0FA"/>
            <w:tcMar>
              <w:top w:w="70" w:type="dxa"/>
              <w:start w:w="100" w:type="dxa"/>
              <w:bottom w:w="70" w:type="dxa"/>
              <w:end w:w="100" w:type="dxa"/>
            </w:tcMar>
          </w:tcPr>
          <w:p>
            <w:r>
              <w:rPr>
                <w:rFonts w:ascii="Times New Roman" w:hAnsi="Times New Roman"/>
                <w:b w:val="0"/>
                <w:i w:val="0"/>
                <w:sz w:val="19"/>
              </w:rPr>
              <w:t>31</w:t>
            </w:r>
          </w:p>
        </w:tc>
      </w:tr>
      <w:tr>
        <w:tc>
          <w:tcPr>
            <w:tcW w:type="dxa" w:w="5328"/>
            <w:tcMar>
              <w:top w:w="70" w:type="dxa"/>
              <w:start w:w="100" w:type="dxa"/>
              <w:bottom w:w="70" w:type="dxa"/>
              <w:end w:w="100" w:type="dxa"/>
            </w:tcMar>
          </w:tcPr>
          <w:p>
            <w:r>
              <w:rPr>
                <w:rFonts w:ascii="Times New Roman" w:hAnsi="Times New Roman"/>
                <w:b/>
                <w:i w:val="0"/>
                <w:color w:val="4B2E83"/>
                <w:sz w:val="19"/>
              </w:rPr>
              <w:t>Edition</w:t>
            </w:r>
          </w:p>
        </w:tc>
        <w:tc>
          <w:tcPr>
            <w:tcW w:type="dxa" w:w="5328"/>
            <w:tcMar>
              <w:top w:w="70" w:type="dxa"/>
              <w:start w:w="100" w:type="dxa"/>
              <w:bottom w:w="70" w:type="dxa"/>
              <w:end w:w="100" w:type="dxa"/>
            </w:tcMar>
          </w:tcPr>
          <w:p>
            <w:r>
              <w:rPr>
                <w:rFonts w:ascii="Times New Roman" w:hAnsi="Times New Roman"/>
                <w:b w:val="0"/>
                <w:i w:val="0"/>
                <w:sz w:val="19"/>
              </w:rPr>
              <w:t>September 2026</w:t>
            </w:r>
          </w:p>
        </w:tc>
      </w:tr>
    </w:tbl>
    <w:p>
      <w:r>
        <w:br w:type="page"/>
      </w:r>
    </w:p>
    <w:p>
      <w:pPr>
        <w:spacing w:before="0" w:after="40" w:line="269" w:lineRule="auto"/>
        <w:jc w:val="center"/>
      </w:pPr>
      <w:r>
        <w:rPr>
          <w:rFonts w:ascii="Times New Roman" w:hAnsi="Times New Roman"/>
          <w:b/>
          <w:i w:val="0"/>
          <w:color w:val="4B2E83"/>
          <w:sz w:val="44"/>
        </w:rPr>
        <w:t>NORTHEAST REGION</w:t>
      </w:r>
    </w:p>
    <w:p>
      <w:pPr>
        <w:spacing w:before="0" w:after="80" w:line="269" w:lineRule="auto"/>
        <w:jc w:val="center"/>
      </w:pPr>
      <w:r>
        <w:rPr>
          <w:rFonts w:ascii="Times New Roman" w:hAnsi="Times New Roman"/>
          <w:b/>
          <w:i w:val="0"/>
          <w:color w:val="C9A227"/>
          <w:sz w:val="24"/>
        </w:rPr>
        <w:t>20 Active Churches</w:t>
      </w:r>
    </w:p>
    <w:p>
      <w:pPr>
        <w:spacing w:before="0" w:after="80" w:line="269" w:lineRule="auto"/>
        <w:jc w:val="center"/>
      </w:pPr>
      <w:r>
        <w:rPr>
          <w:rFonts w:ascii="Times New Roman" w:hAnsi="Times New Roman"/>
          <w:b w:val="0"/>
          <w:i w:val="0"/>
          <w:color w:val="666666"/>
          <w:sz w:val="19"/>
        </w:rPr>
        <w:t>CT 8 • MA 2 • RI 1 • NY 9</w:t>
      </w:r>
    </w:p>
    <w:tbl>
      <w:tblPr>
        <w:tblW w:type="auto" w:w="0"/>
        <w:jc w:val="center"/>
        <w:tblLook w:firstColumn="1" w:firstRow="1" w:lastColumn="0" w:lastRow="0" w:noHBand="0" w:noVBand="1" w:val="04A0"/>
      </w:tblPr>
      <w:tblGrid>
        <w:gridCol w:w="10656"/>
      </w:tblGrid>
      <w:tr>
        <w:tc>
          <w:tcPr>
            <w:tcW w:type="dxa" w:w="6480"/>
            <w:shd w:fill="C9A227"/>
          </w:tcPr>
          <w:p/>
        </w:tc>
      </w:tr>
    </w:tbl>
    <w:p>
      <w:pPr>
        <w:spacing w:after="20"/>
      </w:pPr>
    </w:p>
    <w:p>
      <w:pPr>
        <w:spacing w:before="160" w:after="80"/>
      </w:pPr>
      <w:r>
        <w:rPr>
          <w:rFonts w:ascii="Times New Roman" w:hAnsi="Times New Roman"/>
          <w:b/>
          <w:i w:val="0"/>
          <w:color w:val="4B2E83"/>
          <w:sz w:val="24"/>
        </w:rPr>
        <w:t>CT — 8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House of God Outreach &amp; Deliverance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Bridgeport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500 Pequonnock St</w:t>
              <w:br/>
              <w:t>Bridgeport, CT 06604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(203) 333-5778</w:t>
              <w:br/>
              <w:t>houseofgodoutreach@gmail.com</w:t>
              <w:br/>
              <w:t>http://houseofgodoutreach.com/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Power and Mercy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East Hartford</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 O'Neal A. Christie</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135 Burnside Ave Ste A1</w:t>
              <w:br/>
              <w:t>East Hartford, CT 06108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(866) 212-3623</w:t>
              <w:br/>
              <w:t>nealchristie@gmail.com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Faith Healing &amp;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Hamden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Sanda Jelferson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60 Connolly Pkwy</w:t>
              <w:br/>
              <w:t>Hamden, CT 06514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203-288-0066</w:t>
              <w:br/>
              <w:t>faithhealing05@gmail.com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Harvest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Manchester</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Sidney</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296 Porter St</w:t>
              <w:br/>
              <w:t>Manchester, CT 06040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(860) 214-2282</w:t>
              <w:br/>
              <w:t>nhdm@verizon.net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New Gethsemane Deliverance Outreach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Meriden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DrRev Ethel Banks Graham</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220 Colony St</w:t>
              <w:br/>
              <w:t>Meriden, CT 06451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(203) 237-3946</w:t>
              <w:br/>
              <w:t>ethelgraham@gmail.com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Kingdom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Haven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Thompson Jr.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680 Dixwell Ave</w:t>
              <w:br/>
              <w:t>New Haven, CT 06511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(203) 624-5464</w:t>
              <w:br/>
              <w:t>kdministries2007@gmail.com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Tabernacle Deliverance Praise Ministrie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Norwich</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Tabitha Johnson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230 Hunters Rd</w:t>
              <w:br/>
              <w:t>Norwich, CT 06360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(860) 383-2593</w:t>
              <w:br/>
              <w:t>jtabitha@gmail.com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Center WRLD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Stamford</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Adrian St.Hill</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29 Grove St</w:t>
              <w:br/>
              <w:t>Stamford, CT 06901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(203) 325-9371</w:t>
              <w:br/>
              <w:t>wdminorg@gmail.com</w:t>
            </w:r>
          </w:p>
        </w:tc>
      </w:tr>
    </w:tbl>
    <w:p>
      <w:pPr>
        <w:spacing w:after="60"/>
      </w:pPr>
    </w:p>
    <w:p>
      <w:pPr>
        <w:spacing w:before="160" w:after="80"/>
      </w:pPr>
      <w:r>
        <w:rPr>
          <w:rFonts w:ascii="Times New Roman" w:hAnsi="Times New Roman"/>
          <w:b/>
          <w:i w:val="0"/>
          <w:color w:val="4B2E83"/>
          <w:sz w:val="24"/>
        </w:rPr>
        <w:t>MA — 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Power House Deliverance Temple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Boston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106 Crawford St</w:t>
              <w:br/>
              <w:t>Boston, MA</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International Lighthouse For Deliverance Church,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Natick</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Natick, MA</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978-836-4686</w:t>
              <w:br/>
              <w:t>https://www.ilfdc.org/</w:t>
            </w:r>
          </w:p>
        </w:tc>
      </w:tr>
    </w:tbl>
    <w:p>
      <w:pPr>
        <w:spacing w:after="60"/>
      </w:pPr>
    </w:p>
    <w:p>
      <w:pPr>
        <w:spacing w:before="160" w:after="80"/>
      </w:pPr>
      <w:r>
        <w:rPr>
          <w:rFonts w:ascii="Times New Roman" w:hAnsi="Times New Roman"/>
          <w:b/>
          <w:i w:val="0"/>
          <w:color w:val="4B2E83"/>
          <w:sz w:val="24"/>
        </w:rPr>
        <w:t>RI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True Holiness Church in Christ Jesus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Providence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S. Kwame Rice (corporate president)</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788 Eddy Street</w:t>
              <w:br/>
              <w:t>Providence, RI 02905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bl>
    <w:p>
      <w:pPr>
        <w:spacing w:after="60"/>
      </w:pPr>
    </w:p>
    <w:p>
      <w:pPr>
        <w:spacing w:before="160" w:after="80"/>
      </w:pPr>
      <w:r>
        <w:rPr>
          <w:rFonts w:ascii="Times New Roman" w:hAnsi="Times New Roman"/>
          <w:b/>
          <w:i w:val="0"/>
          <w:color w:val="4B2E83"/>
          <w:sz w:val="24"/>
        </w:rPr>
        <w:t>NY — 9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Holy Ghost Prayer House Deliverance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Bronx</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Marcia Cameron Allen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771 Burke Ave</w:t>
              <w:br/>
              <w:t>Bronx, NY 10467</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718-405-7596</w:t>
              <w:br/>
              <w:t>info@holyghostprayerhouse.org</w:t>
              <w:br/>
              <w:t>https://www.holyghostprayerhouse.org/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St. Peters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Bronx</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Edgehill</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937 Home St</w:t>
              <w:br/>
              <w:t>Bronx, NY 10459</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212-518-6803</w:t>
              <w:br/>
              <w:t>st.petersdelmin@gmail.com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Good Life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Brooklyn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JUlian Blance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5011 Church Ave</w:t>
              <w:br/>
              <w:t>Brooklyn, NY 11203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718-342-1565</w:t>
              <w:br/>
              <w:t>goodlifechurchave717@gmail.com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Rescue The Perishing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Brooklyn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Gregory Mitchell</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1264 Flatbush Avenue</w:t>
              <w:br/>
              <w:t>Brooklyn, NY 11226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9546461017</w:t>
              <w:br/>
              <w:t>Chambers7744@outlook.com</w:t>
              <w:br/>
              <w:t>www.rtpdm.org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Glorified Deliverance Outreach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Cambria Heights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Mary H. Ray</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225-18 Linden Blvd</w:t>
              <w:br/>
              <w:t>Cambria Heights, NY 11411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3742175970</w:t>
              <w:br/>
              <w:t>glorifieddeliverance@gmail.com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Tabernacle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Jamaica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14401 Sutter Ave</w:t>
              <w:br/>
              <w:t>Jamaica, NY 11436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718-529-5070</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God's House of Deliverance Holiness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New York</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Joel Thomas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648 East 51 Street</w:t>
              <w:br/>
              <w:t>New York, NY 11203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347-983-3279</w:t>
              <w:br/>
              <w:t>ghodhcbrooklyn@gmail.com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Rock of Holiness Deliverance Ministry</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York</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Richard G. McKenzie Sr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2096 Nostrand Ave</w:t>
              <w:br/>
              <w:t>New York, NY 11210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718-421-2205</w:t>
              <w:br/>
              <w:t>richardmckenzie@gmail.com</w:t>
              <w:br/>
              <w:t>http://www.rockofholiness.org/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PowerHouse Faith &amp;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Yonkers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John Felder</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365 Palmer Road</w:t>
              <w:br/>
              <w:t>Yonkers, NY 10701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914-361-5154</w:t>
              <w:br/>
              <w:t>phfdm@powerhousefd.org</w:t>
              <w:br/>
              <w:t>https://powerhousefd.org/</w:t>
            </w:r>
          </w:p>
        </w:tc>
      </w:tr>
    </w:tbl>
    <w:p>
      <w:pPr>
        <w:spacing w:after="60"/>
      </w:pPr>
    </w:p>
    <w:p>
      <w:r>
        <w:br w:type="page"/>
      </w:r>
    </w:p>
    <w:p>
      <w:pPr>
        <w:spacing w:before="0" w:after="40" w:line="269" w:lineRule="auto"/>
        <w:jc w:val="center"/>
      </w:pPr>
      <w:r>
        <w:rPr>
          <w:rFonts w:ascii="Times New Roman" w:hAnsi="Times New Roman"/>
          <w:b/>
          <w:i w:val="0"/>
          <w:color w:val="4B2E83"/>
          <w:sz w:val="44"/>
        </w:rPr>
        <w:t>MID-ATLANTIC REGION</w:t>
      </w:r>
    </w:p>
    <w:p>
      <w:pPr>
        <w:spacing w:before="0" w:after="80" w:line="269" w:lineRule="auto"/>
        <w:jc w:val="center"/>
      </w:pPr>
      <w:r>
        <w:rPr>
          <w:rFonts w:ascii="Times New Roman" w:hAnsi="Times New Roman"/>
          <w:b/>
          <w:i w:val="0"/>
          <w:color w:val="C9A227"/>
          <w:sz w:val="24"/>
        </w:rPr>
        <w:t>30 Active Churches</w:t>
      </w:r>
    </w:p>
    <w:p>
      <w:pPr>
        <w:spacing w:before="0" w:after="80" w:line="269" w:lineRule="auto"/>
        <w:jc w:val="center"/>
      </w:pPr>
      <w:r>
        <w:rPr>
          <w:rFonts w:ascii="Times New Roman" w:hAnsi="Times New Roman"/>
          <w:b w:val="0"/>
          <w:i w:val="0"/>
          <w:color w:val="666666"/>
          <w:sz w:val="19"/>
        </w:rPr>
        <w:t>NJ 3 • PA 14 • MD 6 • VA 6 • WV 1</w:t>
      </w:r>
    </w:p>
    <w:tbl>
      <w:tblPr>
        <w:tblW w:type="auto" w:w="0"/>
        <w:jc w:val="center"/>
        <w:tblLook w:firstColumn="1" w:firstRow="1" w:lastColumn="0" w:lastRow="0" w:noHBand="0" w:noVBand="1" w:val="04A0"/>
      </w:tblPr>
      <w:tblGrid>
        <w:gridCol w:w="10656"/>
      </w:tblGrid>
      <w:tr>
        <w:tc>
          <w:tcPr>
            <w:tcW w:type="dxa" w:w="6480"/>
            <w:shd w:fill="C9A227"/>
          </w:tcPr>
          <w:p/>
        </w:tc>
      </w:tr>
    </w:tbl>
    <w:p>
      <w:pPr>
        <w:spacing w:after="20"/>
      </w:pPr>
    </w:p>
    <w:p>
      <w:pPr>
        <w:spacing w:before="160" w:after="80"/>
      </w:pPr>
      <w:r>
        <w:rPr>
          <w:rFonts w:ascii="Times New Roman" w:hAnsi="Times New Roman"/>
          <w:b/>
          <w:i w:val="0"/>
          <w:color w:val="4B2E83"/>
          <w:sz w:val="24"/>
        </w:rPr>
        <w:t>NJ — 3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Promise of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Camden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325 Market St.</w:t>
              <w:br/>
              <w:t>Camden, NJ 08102</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609 289 7793</w:t>
              <w:br/>
              <w:t>promiseofdeliverance@gmail.com</w:t>
              <w:br/>
              <w:t>https://www.promiseofdeliverance.org/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In The Name of Jesus Healing and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Newark</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Clifton Williams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307 16th Avenue</w:t>
              <w:br/>
              <w:t>Newark, NJ 07108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973-573-6817</w:t>
              <w:br/>
              <w:t>1inthenameofjesus@gmail.com</w:t>
              <w:br/>
              <w:t>1inthenameofjesus.business.site</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Christ Divine Healing and Deliverance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Union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Jacob Afere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 Monroe St N</w:t>
              <w:br/>
              <w:t>Union, NJ 07083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908-687-7900</w:t>
              <w:br/>
              <w:t>cdhdadm@gmail.com</w:t>
              <w:br/>
              <w:t>http://christdivinehealing.org</w:t>
            </w:r>
          </w:p>
        </w:tc>
      </w:tr>
    </w:tbl>
    <w:p>
      <w:pPr>
        <w:spacing w:after="60"/>
      </w:pPr>
    </w:p>
    <w:p>
      <w:pPr>
        <w:spacing w:before="160" w:after="80"/>
      </w:pPr>
      <w:r>
        <w:rPr>
          <w:rFonts w:ascii="Times New Roman" w:hAnsi="Times New Roman"/>
          <w:b/>
          <w:i w:val="0"/>
          <w:color w:val="4B2E83"/>
          <w:sz w:val="24"/>
        </w:rPr>
        <w:t>PA — 14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Word of Faith Outreach &amp; Deliverance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Darby</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Patricia E.Lampkin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21 Main St</w:t>
              <w:br/>
              <w:t>Darby, PA 19023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484-494-1755</w:t>
              <w:br/>
              <w:t>wof19023@gmail.com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Divine Direction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East Stroudsburg</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Timothy Sturrup</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528 Seven Bridge Rd Unit 100B</w:t>
              <w:br/>
              <w:t>East Stroudsburg, PA 18301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570-517-9971</w:t>
              <w:br/>
              <w:t>divinedirection127@yahoo.com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Candlelight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NELSON GOLL</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7111 Woodland Avenue</w:t>
              <w:br/>
              <w:t>Philadelphia, PA 19142</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(267) 339-9537</w:t>
              <w:br/>
              <w:t>nelson@gmail.com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Tabernacle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6130 Wister St</w:t>
              <w:br/>
              <w:t>Philadelphia, PA 19138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215-438-5184</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Gospel of Deliverance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558 W Wyoming Ave</w:t>
              <w:br/>
              <w:t>Philadelphia, PA 19140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215-457-2028</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Greater Agape Deliverance International Ministries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Nate Floyd</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 15th Dauphin St</w:t>
              <w:br/>
              <w:t>Philadelphia, PA 19132</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(215) 266-1645</w:t>
              <w:br/>
              <w:t>natefloyd@gmail.com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Healing Fire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Francina Jones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2308 N Broad St box 20590</w:t>
              <w:br/>
              <w:t>Philadelphia, PA 19132</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(866) 535-9380</w:t>
              <w:br/>
              <w:t>francinajones@gmail.com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Hope Church of Deliverance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1300 S 22nd St</w:t>
              <w:br/>
              <w:t>Philadelphia, PA 19146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215-389-1521</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Total Deliverance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Bishop Avery Austin,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2201 W Norris St</w:t>
              <w:br/>
              <w:t>Philadelphia, PA 19121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(267) 639-4698</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Watch God Move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Dr. Kris Halsey</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7013 Torresdale Avenue</w:t>
              <w:br/>
              <w:t>Philadelphia, PA 19135</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267-538-5018</w:t>
              <w:br/>
              <w:t>info@watchgodmove.org</w:t>
              <w:br/>
              <w:t>http://www.watchgodmove.org/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We Are More Than Conquerors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Philadelphia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Anthony Ferguson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111 S 63rd St</w:t>
              <w:br/>
              <w:t>Philadelphia, PA 19139</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(215) 471-3985</w:t>
              <w:br/>
              <w:t>anthonyferguson@gmail.com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Emmaus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Pittsburgh</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Emmaus Cathedral</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2704 Delgar St</w:t>
              <w:br/>
              <w:t>Pittsburgh, PA 15214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(412) 322-8907</w:t>
              <w:br/>
              <w:t>cathedral@gmail.com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Kings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Vandergrift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Theresa Jones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 Custer Ave</w:t>
              <w:br/>
              <w:t>Vandergrift, PA 15690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(724) 568-1552</w:t>
              <w:br/>
              <w:t>theresa.jones@gmail.com</w:t>
              <w:br/>
              <w:t>https://kings-deliverance-holiness-church-pa.hub.biz/</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Antioch Outreach and Deliverance Ministry</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Wayne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 Chance Sr.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175 Strafford Ave</w:t>
              <w:br/>
              <w:t>Wayne, PA 19087</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(484) 588-0448</w:t>
              <w:br/>
              <w:t>antiochoutreachministries1@gmail.com</w:t>
            </w:r>
          </w:p>
        </w:tc>
      </w:tr>
    </w:tbl>
    <w:p>
      <w:pPr>
        <w:spacing w:after="60"/>
      </w:pPr>
    </w:p>
    <w:p>
      <w:pPr>
        <w:spacing w:before="160" w:after="80"/>
      </w:pPr>
      <w:r>
        <w:rPr>
          <w:rFonts w:ascii="Times New Roman" w:hAnsi="Times New Roman"/>
          <w:b/>
          <w:i w:val="0"/>
          <w:color w:val="4B2E83"/>
          <w:sz w:val="24"/>
        </w:rPr>
        <w:t>MD — 6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Holy Temple Holiness Church of Deliverance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Baltimore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James Tilghman Jr. / Senior Pastor Greta Tilghman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2016 West Pratt Street</w:t>
              <w:br/>
              <w:t>Baltimore, MD 21223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(410) 233-7334</w:t>
              <w:br/>
              <w:t>admin@holytemplenation.org</w:t>
              <w:br/>
              <w:t>https://holytemplenation.org/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Holy Temple Holiness Church of Deliverance - East</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Baltimore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Margaret Shelley</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336 E 25th St</w:t>
              <w:br/>
              <w:t>Baltimore, MD 21218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410-258-5594</w:t>
              <w:br/>
              <w:t>margaretshelley@me.com</w:t>
              <w:br/>
              <w:t>http://HolyTemple.church/</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King's Deliverance Holiness Church,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Baltimore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Martin E jones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1200 N Fulton Ave</w:t>
              <w:br/>
              <w:t>Baltimore, MD 21217</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667-212-3879</w:t>
              <w:br/>
              <w:t>martinjones@gmail.com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Hope Church of Deliverance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Baltimore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6218 Reisterstown Rd</w:t>
              <w:br/>
              <w:t>Baltimore, MD</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410-764-0566</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Salvation Outreach &amp; Deliverance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Temple Hills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David Ibiyeomie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4598 Beech Rd</w:t>
              <w:br/>
              <w:t>Temple Hills, MD 20748</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(301) 423-1505</w:t>
              <w:br/>
              <w:t>dibiyeomie@gmail.com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Bethel Deliverance Outreach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Upper Marlboro</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Alonzo M. Walker Sr.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10675 Crain Hwy</w:t>
              <w:br/>
              <w:t>Upper Marlboro, MD 20772</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(301) 782-1795</w:t>
              <w:br/>
              <w:t>walonzo@gmail.com</w:t>
              <w:br/>
              <w:t>https://www.bdomchurch.org/</w:t>
            </w:r>
          </w:p>
        </w:tc>
      </w:tr>
    </w:tbl>
    <w:p>
      <w:pPr>
        <w:spacing w:after="60"/>
      </w:pPr>
    </w:p>
    <w:p>
      <w:pPr>
        <w:spacing w:before="160" w:after="80"/>
      </w:pPr>
      <w:r>
        <w:rPr>
          <w:rFonts w:ascii="Times New Roman" w:hAnsi="Times New Roman"/>
          <w:b/>
          <w:i w:val="0"/>
          <w:color w:val="4B2E83"/>
          <w:sz w:val="24"/>
        </w:rPr>
        <w:t>VA — 6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Tabernacle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Chesapeake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Dr. Steven V. Terry</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4202 Bainbridge Boulevard</w:t>
              <w:br/>
              <w:t>Chesapeake, VA 23324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757-625-4977 / 757-625-1875</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True Way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Danville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Sue Robinson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821 Oak Crest Rd</w:t>
              <w:br/>
              <w:t>Danville, VA 24540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(434) 792-1120</w:t>
              <w:br/>
              <w:t>suerobinson@gmail.com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New Holy Deliverance Temple Outreach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Martinsville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Barbara Hairston / Lisa King</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6274 Al Philpott Hwy</w:t>
              <w:br/>
              <w:t>Martinsville, VA 24112</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276-632-0912</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Community Fellowship of Deliverance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Portsmouth</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Russell Smith II / Elnora Smith</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519 Williamsburg Ave</w:t>
              <w:br/>
              <w:t>Portsmouth, VA 23704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757-510-2940</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Holy Light Church of Deliverance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Portsmouth</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Pastor Dorene C. Norris / Bishop Samuel L. Carruth</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1918 Lincoln St</w:t>
              <w:br/>
              <w:t>Portsmouth, VA 23704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757-397-4424</w:t>
              <w:br/>
              <w:t>holylightva@gmail.com</w:t>
              <w:br/>
              <w:t>https://holylightchurchofdeliverance.org/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The Divine Church of Deliverance and Transformation Holiness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Suffolk</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Brian E. Outlaw</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6315 Whaleyville Blvd</w:t>
              <w:br/>
              <w:t>Suffolk, VA 23438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757-679-0909</w:t>
              <w:br/>
              <w:t>http://www.tdcdtholiness.org/</w:t>
            </w:r>
          </w:p>
        </w:tc>
      </w:tr>
    </w:tbl>
    <w:p>
      <w:pPr>
        <w:spacing w:after="60"/>
      </w:pPr>
    </w:p>
    <w:p>
      <w:pPr>
        <w:spacing w:before="160" w:after="80"/>
      </w:pPr>
      <w:r>
        <w:rPr>
          <w:rFonts w:ascii="Times New Roman" w:hAnsi="Times New Roman"/>
          <w:b/>
          <w:i w:val="0"/>
          <w:color w:val="4B2E83"/>
          <w:sz w:val="24"/>
        </w:rPr>
        <w:t>WV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Kingdom Purpose Deliverance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Martinsburg</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124 N High St</w:t>
              <w:br/>
              <w:t>Martinsburg, WV 25404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(304) 262-4002</w:t>
            </w:r>
          </w:p>
        </w:tc>
      </w:tr>
    </w:tbl>
    <w:p>
      <w:pPr>
        <w:spacing w:after="60"/>
      </w:pPr>
    </w:p>
    <w:p>
      <w:r>
        <w:br w:type="page"/>
      </w:r>
    </w:p>
    <w:p>
      <w:pPr>
        <w:spacing w:before="0" w:after="40" w:line="269" w:lineRule="auto"/>
        <w:jc w:val="center"/>
      </w:pPr>
      <w:r>
        <w:rPr>
          <w:rFonts w:ascii="Times New Roman" w:hAnsi="Times New Roman"/>
          <w:b/>
          <w:i w:val="0"/>
          <w:color w:val="4B2E83"/>
          <w:sz w:val="44"/>
        </w:rPr>
        <w:t>SOUTHEAST REGION</w:t>
      </w:r>
    </w:p>
    <w:p>
      <w:pPr>
        <w:spacing w:before="0" w:after="80" w:line="269" w:lineRule="auto"/>
        <w:jc w:val="center"/>
      </w:pPr>
      <w:r>
        <w:rPr>
          <w:rFonts w:ascii="Times New Roman" w:hAnsi="Times New Roman"/>
          <w:b/>
          <w:i w:val="0"/>
          <w:color w:val="C9A227"/>
          <w:sz w:val="24"/>
        </w:rPr>
        <w:t>38 Active Churches</w:t>
      </w:r>
    </w:p>
    <w:p>
      <w:pPr>
        <w:spacing w:before="0" w:after="80" w:line="269" w:lineRule="auto"/>
        <w:jc w:val="center"/>
      </w:pPr>
      <w:r>
        <w:rPr>
          <w:rFonts w:ascii="Times New Roman" w:hAnsi="Times New Roman"/>
          <w:b w:val="0"/>
          <w:i w:val="0"/>
          <w:color w:val="666666"/>
          <w:sz w:val="19"/>
        </w:rPr>
        <w:t>NC 12 • SC 2 • GA 12 • FL 12</w:t>
      </w:r>
    </w:p>
    <w:tbl>
      <w:tblPr>
        <w:tblW w:type="auto" w:w="0"/>
        <w:jc w:val="center"/>
        <w:tblLook w:firstColumn="1" w:firstRow="1" w:lastColumn="0" w:lastRow="0" w:noHBand="0" w:noVBand="1" w:val="04A0"/>
      </w:tblPr>
      <w:tblGrid>
        <w:gridCol w:w="10656"/>
      </w:tblGrid>
      <w:tr>
        <w:tc>
          <w:tcPr>
            <w:tcW w:type="dxa" w:w="6480"/>
            <w:shd w:fill="C9A227"/>
          </w:tcPr>
          <w:p/>
        </w:tc>
      </w:tr>
    </w:tbl>
    <w:p>
      <w:pPr>
        <w:spacing w:after="20"/>
      </w:pPr>
    </w:p>
    <w:p>
      <w:pPr>
        <w:spacing w:before="160" w:after="80"/>
      </w:pPr>
      <w:r>
        <w:rPr>
          <w:rFonts w:ascii="Times New Roman" w:hAnsi="Times New Roman"/>
          <w:b/>
          <w:i w:val="0"/>
          <w:color w:val="4B2E83"/>
          <w:sz w:val="24"/>
        </w:rPr>
        <w:t>NC — 12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Temple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Ayden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4043 Laurinburg street</w:t>
              <w:br/>
              <w:t>Ayden, NC 28513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252-617-2830</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Miracle Temple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Burgaw</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James Bryant</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401 N Wright St</w:t>
              <w:br/>
              <w:t>Burgaw, NC 28425</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910-259-3388</w:t>
              <w:br/>
              <w:t>jamesbryant.mtdm@gmail.com</w:t>
              <w:br/>
              <w:t>https://www.mtdm.org/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Higher Praise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Charlotte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Reginald &amp; LaKiesha Coffey / Emma White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7561 Orr Rd</w:t>
              <w:br/>
              <w:t>Charlotte, NC 28213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877-579-1299</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Potter's House Deliverance Center</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Fayetteville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Sandy L. Owens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583 S Reilly Rd</w:t>
              <w:br/>
              <w:t>Fayetteville, NC 28314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910-568-1431</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Deliverance-Faith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Greenville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Evans St</w:t>
              <w:br/>
              <w:t>Greenville, NC 27834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(252) 551-0559</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Deliverance Holy Church Ministries#2</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Greenville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White Robes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1404 West 14th Avenue</w:t>
              <w:br/>
              <w:t>Greenville, NC 27834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(252) 329-0711</w:t>
              <w:br/>
              <w:t>white.robes@gmail.com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Holy Deliverance Temple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Hamlet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114 Raleigh St</w:t>
              <w:br/>
              <w:t>Hamlet, NC 28345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910-582-8728</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Temple of Deliverance Worship Center</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Kinston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Pastor Robert Brown / Lorraine Brown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314 West Lenoir Avenue</w:t>
              <w:br/>
              <w:t>Kinston, NC 28501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Faith Hope Deliverance Christian Center</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Sanford</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Leon Fogle Sr. / Nadine Michelle Fogle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646 Oakwood Ave</w:t>
              <w:br/>
              <w:t>Sanford, NC</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919-777-6027</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Royal Light Holiness Church of Deliverance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Tillery</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Hwy 561 West</w:t>
              <w:br/>
              <w:t>Tillery, NC 27874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252-826-5831</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Christ Deliverance Tabernacle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Wilson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Dr. Amanda</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413 Pender St E</w:t>
              <w:br/>
              <w:t>Wilson, NC 27893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(252) 281-1112</w:t>
              <w:br/>
              <w:t>cdtminc@gmail.com</w:t>
              <w:br/>
              <w:t>https://www.cdtminc.org/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House of Praise and Deliverance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Wilson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1107 Walnut St</w:t>
              <w:br/>
              <w:t>Wilson, NC 27893</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252-291-0663</w:t>
            </w:r>
          </w:p>
        </w:tc>
      </w:tr>
    </w:tbl>
    <w:p>
      <w:pPr>
        <w:spacing w:after="60"/>
      </w:pPr>
    </w:p>
    <w:p>
      <w:pPr>
        <w:spacing w:before="160" w:after="80"/>
      </w:pPr>
      <w:r>
        <w:rPr>
          <w:rFonts w:ascii="Times New Roman" w:hAnsi="Times New Roman"/>
          <w:b/>
          <w:i w:val="0"/>
          <w:color w:val="4B2E83"/>
          <w:sz w:val="24"/>
        </w:rPr>
        <w:t>SC — 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True Holiness Church of Deliverance-Kingstree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Kingstree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Lady Deidre Giles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Kingstree, SC 29556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843-617-2330</w:t>
              <w:br/>
              <w:t>Ladygiles63@gmail.com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Lancaster</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Dennis Miller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205 Norland Ln</w:t>
              <w:br/>
              <w:t>Lancaster, SC 29720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803-462-4545</w:t>
              <w:br/>
              <w:t>dennismiller@gmail.com</w:t>
            </w:r>
          </w:p>
        </w:tc>
      </w:tr>
    </w:tbl>
    <w:p>
      <w:pPr>
        <w:spacing w:after="60"/>
      </w:pPr>
    </w:p>
    <w:p>
      <w:pPr>
        <w:spacing w:before="160" w:after="80"/>
      </w:pPr>
      <w:r>
        <w:rPr>
          <w:rFonts w:ascii="Times New Roman" w:hAnsi="Times New Roman"/>
          <w:b/>
          <w:i w:val="0"/>
          <w:color w:val="4B2E83"/>
          <w:sz w:val="24"/>
        </w:rPr>
        <w:t>GA — 12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Holy Deliverance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Atlanta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3462 Delmar Ln NW</w:t>
              <w:br/>
              <w:t>Atlanta, GA 30331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404-472-0070</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Faith Holiness Healing Deliverance Ministry</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Columbus</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John Glass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407 Wilton St</w:t>
              <w:br/>
              <w:t>Columbus, GA 31904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(706) 351-4807</w:t>
              <w:br/>
              <w:t>sozo.faithalive@gmail.com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Brazeal Chapel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East Dublin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1440 Brazeal Cir</w:t>
              <w:br/>
              <w:t>East Dublin, GA 31027</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https://www.brazealchapel.com/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Victory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Fort Valley</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Willie F. Smith</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432 Wye St</w:t>
              <w:br/>
              <w:t>Fort Valley, GA 31030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(478) 825-3456</w:t>
              <w:br/>
              <w:t>willie.smith@gmail.com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Faith and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Mableton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Bishop Donald Johnson / Sarah Johnson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1067 Veterans Memorial Hwy SW</w:t>
              <w:br/>
              <w:t>Mableton, GA</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678-451-0180</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Tabernacle Holiness Church 2</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Macon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Dr. Gail Bailey</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1689 Anthony Rd</w:t>
              <w:br/>
              <w:t>Macon, GA 31204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(478) 781-0077</w:t>
              <w:br/>
              <w:t>gbailey@gmail.com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Miracle Healing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Macon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Cornell Johnson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1710 Nussbaum Ave</w:t>
              <w:br/>
              <w:t>Macon, GA 31201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(478) 738-0910</w:t>
              <w:br/>
              <w:t>johnsonc@gmail.com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of Faith Ministers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Smyrna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1717 Spring St SE</w:t>
              <w:br/>
              <w:t>Smyrna, GA 30080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770-434-0400</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Atlanta Deliverance Evangelistic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Stone Mountain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Rev. Harold J. Krause / Janice Krause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5355 Stone Mountain Hwy</w:t>
              <w:br/>
              <w:t>Stone Mountain, GA</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770-776-6854</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Trials of Faith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Vienna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Desmond Sharpe Sermon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632 W Pine St</w:t>
              <w:br/>
              <w:t>Vienna, GA 31092</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(229) 268-8305</w:t>
              <w:br/>
              <w:t>Sharpes@gmail.com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Tabernacle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Warner Robins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Dr. Gail Bailey</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435 Elberta Rd</w:t>
              <w:br/>
              <w:t>Warner Robins, GA 31093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(478) 328-0514</w:t>
              <w:br/>
              <w:t>dthchurch1@aol.com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Faith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Zebulon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Joe J. Winter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440 Meansville St</w:t>
              <w:br/>
              <w:t>Zebulon, GA 30295</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(770) 567-9572</w:t>
              <w:br/>
              <w:t>jwinter@gmail.com</w:t>
            </w:r>
          </w:p>
        </w:tc>
      </w:tr>
    </w:tbl>
    <w:p>
      <w:pPr>
        <w:spacing w:after="60"/>
      </w:pPr>
    </w:p>
    <w:p>
      <w:pPr>
        <w:spacing w:before="160" w:after="80"/>
      </w:pPr>
      <w:r>
        <w:rPr>
          <w:rFonts w:ascii="Times New Roman" w:hAnsi="Times New Roman"/>
          <w:b/>
          <w:i w:val="0"/>
          <w:color w:val="4B2E83"/>
          <w:sz w:val="24"/>
        </w:rPr>
        <w:t>FL — 12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The Real Praise Temple Church. A Deliverance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Bartow</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Bishop Willie Watson Jr.</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1010 Britts Lane</w:t>
              <w:br/>
              <w:t>Bartow, FL 33830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863-533-9332</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Tabernacle of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Bunnell</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Terry Brown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07 E Booe St</w:t>
              <w:br/>
              <w:t>Bunnell, FL 32110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386-313-5958</w:t>
              <w:br/>
              <w:t>tabministry@hotmail.com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Evangelist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Fort Pierce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BERNARD</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1611 N 17th St</w:t>
              <w:br/>
              <w:t>Fort Pierce, FL 34950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(772) 408-6758</w:t>
              <w:br/>
              <w:t>pastor09@comcast.net</w:t>
              <w:br/>
              <w:t>www.edhchurch.org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Life Deliverance Ministries,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Havana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Jacquelyn C. Porter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14 Sierra Rd</w:t>
              <w:br/>
              <w:t>Havana, FL 32333</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850-616-5050</w:t>
              <w:br/>
              <w:t>nldmtally@att.net</w:t>
              <w:br/>
              <w:t>https://www.nldministries.org/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Under The Blood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Mulberry</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ROSA L NORMAN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200 NW 5th Ave</w:t>
              <w:br/>
              <w:t>Mulberry, FL 33860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(863) 425-8013</w:t>
              <w:br/>
              <w:t>rosa.norman@gmail.com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Grace and Truth Deliverance Ministries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Palatka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Jervey</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700 N 11th St</w:t>
              <w:br/>
              <w:t>Palatka, FL 32177</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386-328-1479</w:t>
              <w:br/>
              <w:t>graceandtruth1@bellsouth.net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New Hope Holiness with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Palmetto</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Tamar Gibson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516 30th Street East</w:t>
              <w:br/>
              <w:t>Palmetto, FL 34221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941-723-2893</w:t>
              <w:br/>
              <w:t>n.holiness@gmail.com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Abundant Life Deliverance Ministries Center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Pembroke Pines</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Robert J. Wimberly Sr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100 S Douglas Rd</w:t>
              <w:br/>
              <w:t>Pembroke Pines, FL 33025</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(954) 963-6907.</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Christian Connection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Riverview</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Pastors James &amp; Angela Scruggs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10030 Mathog Rd</w:t>
              <w:br/>
              <w:t>Riverview, FL</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813-401-7223</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True Holiness Deliverance Tabernacle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Sanford</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Pastor Ronald Nathan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950 Historic Goldsboro Blvd</w:t>
              <w:br/>
              <w:t>Sanford, FL 32771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407-322-4070</w:t>
              <w:br/>
              <w:t>https://thdt.org/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Outreach Holiness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Tampa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Bernard L. Giles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3010 N 46th St</w:t>
              <w:br/>
              <w:t>Tampa, FL 33605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(813) 626-0343</w:t>
              <w:br/>
              <w:t>hdoministry@gmail.com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Faith &amp; Deliverance Ministry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Vero Beach</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Tiffany Joyce Ealy / Dewey James Hendrix IV</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683 27th Avenue SW</w:t>
              <w:br/>
              <w:t>Vero Beach, FL 32968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(772) 217-8191</w:t>
            </w:r>
          </w:p>
        </w:tc>
      </w:tr>
    </w:tbl>
    <w:p>
      <w:pPr>
        <w:spacing w:after="60"/>
      </w:pPr>
    </w:p>
    <w:p>
      <w:r>
        <w:br w:type="page"/>
      </w:r>
    </w:p>
    <w:p>
      <w:pPr>
        <w:spacing w:before="0" w:after="40" w:line="269" w:lineRule="auto"/>
        <w:jc w:val="center"/>
      </w:pPr>
      <w:r>
        <w:rPr>
          <w:rFonts w:ascii="Times New Roman" w:hAnsi="Times New Roman"/>
          <w:b/>
          <w:i w:val="0"/>
          <w:color w:val="4B2E83"/>
          <w:sz w:val="44"/>
        </w:rPr>
        <w:t>SOUTH CENTRAL &amp; GULF REGION</w:t>
      </w:r>
    </w:p>
    <w:p>
      <w:pPr>
        <w:spacing w:before="0" w:after="80" w:line="269" w:lineRule="auto"/>
        <w:jc w:val="center"/>
      </w:pPr>
      <w:r>
        <w:rPr>
          <w:rFonts w:ascii="Times New Roman" w:hAnsi="Times New Roman"/>
          <w:b/>
          <w:i w:val="0"/>
          <w:color w:val="C9A227"/>
          <w:sz w:val="24"/>
        </w:rPr>
        <w:t>29 Active Churches</w:t>
      </w:r>
    </w:p>
    <w:p>
      <w:pPr>
        <w:spacing w:before="0" w:after="80" w:line="269" w:lineRule="auto"/>
        <w:jc w:val="center"/>
      </w:pPr>
      <w:r>
        <w:rPr>
          <w:rFonts w:ascii="Times New Roman" w:hAnsi="Times New Roman"/>
          <w:b w:val="0"/>
          <w:i w:val="0"/>
          <w:color w:val="666666"/>
          <w:sz w:val="19"/>
        </w:rPr>
        <w:t>AL 9 • TN 4 • KY 1 • LA 1 • TX 13 • OK 1</w:t>
      </w:r>
    </w:p>
    <w:tbl>
      <w:tblPr>
        <w:tblW w:type="auto" w:w="0"/>
        <w:jc w:val="center"/>
        <w:tblLook w:firstColumn="1" w:firstRow="1" w:lastColumn="0" w:lastRow="0" w:noHBand="0" w:noVBand="1" w:val="04A0"/>
      </w:tblPr>
      <w:tblGrid>
        <w:gridCol w:w="10656"/>
      </w:tblGrid>
      <w:tr>
        <w:tc>
          <w:tcPr>
            <w:tcW w:type="dxa" w:w="6480"/>
            <w:shd w:fill="C9A227"/>
          </w:tcPr>
          <w:p/>
        </w:tc>
      </w:tr>
    </w:tbl>
    <w:p>
      <w:pPr>
        <w:spacing w:after="20"/>
      </w:pPr>
    </w:p>
    <w:p>
      <w:pPr>
        <w:spacing w:before="160" w:after="80"/>
      </w:pPr>
      <w:r>
        <w:rPr>
          <w:rFonts w:ascii="Times New Roman" w:hAnsi="Times New Roman"/>
          <w:b/>
          <w:i w:val="0"/>
          <w:color w:val="4B2E83"/>
          <w:sz w:val="24"/>
        </w:rPr>
        <w:t>AL — 9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Holiness Deliverance Tabernacle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Adger</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Ronald McKnight</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7620 Main St</w:t>
              <w:br/>
              <w:t>Adger, AL 35006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205-428-1325</w:t>
              <w:br/>
              <w:t>ronaldmcknight@gmail.com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True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Auburn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Nolan Torbert</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936 North Donahue Drive</w:t>
              <w:br/>
              <w:t>Auburn, AL 36832</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334-502-4700</w:t>
              <w:br/>
              <w:t>avministry936@yahoo.com</w:t>
              <w:br/>
              <w:t>https://www.tdhcinfo.org/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Stone Deliverance Temple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Bay Minette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Co-Pastor Augie Locke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820 Dr Martin Luther King Blvd</w:t>
              <w:br/>
              <w:t>Bay Minette, AL 36507</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251-454-7650</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Purity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Birmingham</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Carrie M Purdom</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5005 Cheek Road</w:t>
              <w:br/>
              <w:t>Birmingham, AL 35207</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205-841-2004</w:t>
              <w:br/>
              <w:t>info@pdeliverancehc.org</w:t>
              <w:br/>
              <w:t>http://pdeliverancehc.org/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Faith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Elmore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475 Jackson St</w:t>
              <w:br/>
              <w:t>Elmore, AL 36025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334-567-9209</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Divine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Huntsville</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Jaay Jordan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1200 Jordan Lane NW, Suite 8</w:t>
              <w:br/>
              <w:t>Huntsville, AL 35816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(256) 361-9284</w:t>
              <w:br/>
              <w:t>ddmin@yahoo.com</w:t>
              <w:br/>
              <w:t>https://ddmin.website/</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True Praise Deliverance Tabernacle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Mobile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2743 Mill St</w:t>
              <w:br/>
              <w:t>Mobile, AL 36607</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(251) 478-6882</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TRUE DELIVERANCE HOLINESS CHURCH – COMMUNITY CENTER</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Opelika</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Artis Johnson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500 26th St North</w:t>
              <w:br/>
              <w:t>Opelika, AL 36801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(678) 915-2110</w:t>
              <w:br/>
              <w:t>info@third-lens.org</w:t>
              <w:br/>
              <w:t>https://www.third-lens.org/true-deliverance-holiness-church-community-center-auburn-al/</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Temple of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Wetumpka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620 Alabama St</w:t>
              <w:br/>
              <w:t>Wetumpka, AL 36092</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(334) 514-3114</w:t>
              <w:br/>
              <w:t>https://temple-of-deliverance-holiness-church.hub.biz/</w:t>
            </w:r>
          </w:p>
        </w:tc>
      </w:tr>
    </w:tbl>
    <w:p>
      <w:pPr>
        <w:spacing w:after="60"/>
      </w:pPr>
    </w:p>
    <w:p>
      <w:pPr>
        <w:spacing w:before="160" w:after="80"/>
      </w:pPr>
      <w:r>
        <w:rPr>
          <w:rFonts w:ascii="Times New Roman" w:hAnsi="Times New Roman"/>
          <w:b/>
          <w:i w:val="0"/>
          <w:color w:val="4B2E83"/>
          <w:sz w:val="24"/>
        </w:rPr>
        <w:t>TN — 4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gates of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Jackson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Bro. David Terrell</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607 Love Road</w:t>
              <w:br/>
              <w:t>Jackson, TN 38301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918-652-1579</w:t>
              <w:br/>
              <w:t>gatesofdeliverance@yahoo.com</w:t>
              <w:br/>
              <w:t>https://gatesofdeliverance.wixsite.com/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Abundant Life Deliverance Ministry</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Memphis</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Vickie</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66 East Bodley Ave</w:t>
              <w:br/>
              <w:t>Memphis, TN 38109</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901-308-0659</w:t>
              <w:br/>
              <w:t>aldcministries@gmail.com</w:t>
              <w:br/>
              <w:t>http://www.abundantlifedeliverancechurch.org/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Greater Revelation Temple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Memphis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3638 Huckleberry St</w:t>
              <w:br/>
              <w:t>Memphis, TN 38116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Prayer House Of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Memphis</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Eric D. Reynolds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1113 Mcclure Rd</w:t>
              <w:br/>
              <w:t>Memphis, TN 38116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(901) 363-2096</w:t>
              <w:br/>
              <w:t>ericreynolds@gmail.com</w:t>
            </w:r>
          </w:p>
        </w:tc>
      </w:tr>
    </w:tbl>
    <w:p>
      <w:pPr>
        <w:spacing w:after="60"/>
      </w:pPr>
    </w:p>
    <w:p>
      <w:pPr>
        <w:spacing w:before="160" w:after="80"/>
      </w:pPr>
      <w:r>
        <w:rPr>
          <w:rFonts w:ascii="Times New Roman" w:hAnsi="Times New Roman"/>
          <w:b/>
          <w:i w:val="0"/>
          <w:color w:val="4B2E83"/>
          <w:sz w:val="24"/>
        </w:rPr>
        <w:t>KY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Holiness Church Of Deliverance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Hopkinsville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Lyndia Kennebrew</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351 North Dr</w:t>
              <w:br/>
              <w:t>Hopkinsville, KY 42240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(270) 886-1660</w:t>
            </w:r>
          </w:p>
        </w:tc>
      </w:tr>
    </w:tbl>
    <w:p>
      <w:pPr>
        <w:spacing w:after="60"/>
      </w:pPr>
    </w:p>
    <w:p>
      <w:pPr>
        <w:spacing w:before="160" w:after="80"/>
      </w:pPr>
      <w:r>
        <w:rPr>
          <w:rFonts w:ascii="Times New Roman" w:hAnsi="Times New Roman"/>
          <w:b/>
          <w:i w:val="0"/>
          <w:color w:val="4B2E83"/>
          <w:sz w:val="24"/>
        </w:rPr>
        <w:t>LA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Miracle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Sulphur</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Belinda Barber</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3940 E Burton St</w:t>
              <w:br/>
              <w:t>Sulphur, LA 70663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(337) 625-1166</w:t>
              <w:br/>
              <w:t>belindab@gmail.com</w:t>
            </w:r>
          </w:p>
        </w:tc>
      </w:tr>
    </w:tbl>
    <w:p>
      <w:pPr>
        <w:spacing w:after="60"/>
      </w:pPr>
    </w:p>
    <w:p>
      <w:pPr>
        <w:spacing w:before="160" w:after="80"/>
      </w:pPr>
      <w:r>
        <w:rPr>
          <w:rFonts w:ascii="Times New Roman" w:hAnsi="Times New Roman"/>
          <w:b/>
          <w:i w:val="0"/>
          <w:color w:val="4B2E83"/>
          <w:sz w:val="24"/>
        </w:rPr>
        <w:t>TX — 13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United Holiness Deliverance Temple - Atlanta</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Atlanta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Barbara Pinson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615 N. Louise St</w:t>
              <w:br/>
              <w:t>Atlanta, TX 75551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430-562-7141</w:t>
              <w:br/>
              <w:t>uhdtchurch@gmail.com</w:t>
              <w:br/>
              <w:t>https://atlantauhdt.com/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Life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Beaumont</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Pastor Leon Campbell</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4185 Magnolia St</w:t>
              <w:br/>
              <w:t>Beaumont, TX 77703</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409-328-8006</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Outreach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Dallas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Barbara Ezell</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1003 S Cockrell Hill Rd</w:t>
              <w:br/>
              <w:t>Dallas, TX 75116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478-967-2709</w:t>
              <w:br/>
              <w:t>cesr@bellsouth.net</w:t>
              <w:br/>
              <w:t>http://www.deliveranceoutreachchurch.com/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Revival Tabernacle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Dallas</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Minister Frank Turner TI</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3200 Bainbridge Ave</w:t>
              <w:br/>
              <w:t>Dallas, TX 75237</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(972) 709-9399</w:t>
              <w:br/>
              <w:t>https://www.faithstreet.com/church/deliverance-revival-tabernacle-holiness-church-dallas-tx</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God's Hospital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Dallas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Bishop Herbert Smith</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1223 Grant St</w:t>
              <w:br/>
              <w:t>Dallas, TX 75203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214-942-0074</w:t>
              <w:br/>
              <w:t>bishopsmith340@tx.rr.com</w:t>
              <w:br/>
              <w:t>http://www.godshospitalchurch.com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House Of Hope Prayer and Deliverance Ministry</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Dallas</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Lesley Colon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1140 Empire Central Pl Ste 106h</w:t>
              <w:br/>
              <w:t>Dallas, TX 75247</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469-579-7240</w:t>
              <w:br/>
              <w:t>houseofhopeanddeliverance@hotmail.com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Christ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Houston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Rodney C. Pitre (public nonprofit contact)</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11311 Bethnal Green Dr</w:t>
              <w:br/>
              <w:t>Houston, TX 77066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Houston Deliverance Center</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Houston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Dr. Aaron M. Jones / Renee Jones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4025 Griggs Rd</w:t>
              <w:br/>
              <w:t>Houston, TX 77021</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713-842-6050</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Miracle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Houston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Pastor Belinda Barber</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701 Nadolney St</w:t>
              <w:br/>
              <w:t>Houston, TX 77015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(713) 451-0536</w:t>
              <w:br/>
              <w:t>belindabarber@gmail.com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Day Deliverance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Houston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Apostle Richard Taylor</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9001 Mesa Drive</w:t>
              <w:br/>
              <w:t>Houston, TX 77028</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713-633-5011</w:t>
              <w:br/>
              <w:t>nddhc@newdaychurch.org</w:t>
              <w:br/>
              <w:t>https://www.newdaychurch.org/nddhc/</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New Deliverance Fellowship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Houston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Kenneth Stringfellow / Debra Stringfellow</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6602 Martin Luther King Jr Blvd</w:t>
              <w:br/>
              <w:t>Houston, TX 77033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832-887-6745</w:t>
              <w:br/>
              <w:t>debstring@aol.com; Bishopkenstring@gmail.com</w:t>
              <w:br/>
              <w:t>https://ndfministries.org/</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Temple Holiness Church</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Plano</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Kevin Holt</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3269 Independence Pkwy</w:t>
              <w:br/>
              <w:t>Plano, TX 75075</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214-477-9911</w:t>
              <w:br/>
              <w:t>deliverancetemplehc@yahoo.com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DayStar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Richardson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Eric L Hawthorne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635 W Campbell Rd, Ste 201</w:t>
              <w:br/>
              <w:t>Richardson, TX 75080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972-480-0200</w:t>
              <w:br/>
              <w:t>info@daystardm.org</w:t>
              <w:br/>
              <w:t>http://www.daystardm.org/</w:t>
            </w:r>
          </w:p>
        </w:tc>
      </w:tr>
    </w:tbl>
    <w:p>
      <w:pPr>
        <w:spacing w:after="60"/>
      </w:pPr>
    </w:p>
    <w:p>
      <w:pPr>
        <w:spacing w:before="160" w:after="80"/>
      </w:pPr>
      <w:r>
        <w:rPr>
          <w:rFonts w:ascii="Times New Roman" w:hAnsi="Times New Roman"/>
          <w:b/>
          <w:i w:val="0"/>
          <w:color w:val="4B2E83"/>
          <w:sz w:val="24"/>
        </w:rPr>
        <w:t>OK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Ministries, Inc.</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OKLAHOMA</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Everett Cox</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2515 NW 16th St.</w:t>
              <w:br/>
              <w:t>OKLAHOMA, OK 73107</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(405) 842-5509</w:t>
              <w:br/>
              <w:t>ecox@delmin.org</w:t>
              <w:br/>
              <w:t>https://delmin.org</w:t>
            </w:r>
          </w:p>
        </w:tc>
      </w:tr>
    </w:tbl>
    <w:p>
      <w:pPr>
        <w:spacing w:after="60"/>
      </w:pPr>
    </w:p>
    <w:p>
      <w:r>
        <w:br w:type="page"/>
      </w:r>
    </w:p>
    <w:p>
      <w:pPr>
        <w:spacing w:before="0" w:after="40" w:line="269" w:lineRule="auto"/>
        <w:jc w:val="center"/>
      </w:pPr>
      <w:r>
        <w:rPr>
          <w:rFonts w:ascii="Times New Roman" w:hAnsi="Times New Roman"/>
          <w:b/>
          <w:i w:val="0"/>
          <w:color w:val="4B2E83"/>
          <w:sz w:val="44"/>
        </w:rPr>
        <w:t>GREAT LAKES &amp; MIDWEST REGION</w:t>
      </w:r>
    </w:p>
    <w:p>
      <w:pPr>
        <w:spacing w:before="0" w:after="80" w:line="269" w:lineRule="auto"/>
        <w:jc w:val="center"/>
      </w:pPr>
      <w:r>
        <w:rPr>
          <w:rFonts w:ascii="Times New Roman" w:hAnsi="Times New Roman"/>
          <w:b/>
          <w:i w:val="0"/>
          <w:color w:val="C9A227"/>
          <w:sz w:val="24"/>
        </w:rPr>
        <w:t>16 Active Churches</w:t>
      </w:r>
    </w:p>
    <w:p>
      <w:pPr>
        <w:spacing w:before="0" w:after="80" w:line="269" w:lineRule="auto"/>
        <w:jc w:val="center"/>
      </w:pPr>
      <w:r>
        <w:rPr>
          <w:rFonts w:ascii="Times New Roman" w:hAnsi="Times New Roman"/>
          <w:b w:val="0"/>
          <w:i w:val="0"/>
          <w:color w:val="666666"/>
          <w:sz w:val="19"/>
        </w:rPr>
        <w:t>OH 2 • MI 9 • IN 1 • IL 2 • WI 1 • MN 1</w:t>
      </w:r>
    </w:p>
    <w:tbl>
      <w:tblPr>
        <w:tblW w:type="auto" w:w="0"/>
        <w:jc w:val="center"/>
        <w:tblLook w:firstColumn="1" w:firstRow="1" w:lastColumn="0" w:lastRow="0" w:noHBand="0" w:noVBand="1" w:val="04A0"/>
      </w:tblPr>
      <w:tblGrid>
        <w:gridCol w:w="10656"/>
      </w:tblGrid>
      <w:tr>
        <w:tc>
          <w:tcPr>
            <w:tcW w:type="dxa" w:w="6480"/>
            <w:shd w:fill="C9A227"/>
          </w:tcPr>
          <w:p/>
        </w:tc>
      </w:tr>
    </w:tbl>
    <w:p>
      <w:pPr>
        <w:spacing w:after="20"/>
      </w:pPr>
    </w:p>
    <w:p>
      <w:pPr>
        <w:spacing w:before="160" w:after="80"/>
      </w:pPr>
      <w:r>
        <w:rPr>
          <w:rFonts w:ascii="Times New Roman" w:hAnsi="Times New Roman"/>
          <w:b/>
          <w:i w:val="0"/>
          <w:color w:val="4B2E83"/>
          <w:sz w:val="24"/>
        </w:rPr>
        <w:t>OH — 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Stone Deliverance Evangelical Temple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Akron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Pastor Mary L. Stone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595 Copley Rd</w:t>
              <w:br/>
              <w:t>Akron, OH 44320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330-258-8129</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Word of Deliverance Ministries for the World, Inc.</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Forest Park</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Bishop Bobby Hilton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693 Fresno Road</w:t>
              <w:br/>
              <w:t>Forest Park, OH 45240</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513-851-9673</w:t>
              <w:br/>
              <w:t>info@wordofdeliverance.org</w:t>
              <w:br/>
              <w:t>http://www.wordofdeliverance.org/</w:t>
            </w:r>
          </w:p>
        </w:tc>
      </w:tr>
    </w:tbl>
    <w:p>
      <w:pPr>
        <w:spacing w:after="60"/>
      </w:pPr>
    </w:p>
    <w:p>
      <w:pPr>
        <w:spacing w:before="160" w:after="80"/>
      </w:pPr>
      <w:r>
        <w:rPr>
          <w:rFonts w:ascii="Times New Roman" w:hAnsi="Times New Roman"/>
          <w:b/>
          <w:i w:val="0"/>
          <w:color w:val="4B2E83"/>
          <w:sz w:val="24"/>
        </w:rPr>
        <w:t>MI — 9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God's Vineyard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Center Line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Ezekiel Alawale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8090 Theisen</w:t>
              <w:br/>
              <w:t>Center Line, MI 48015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(586) 755-8910</w:t>
              <w:br/>
              <w:t>ezekielalawale@gmail.com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Ark-God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Detroit</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Stephanie Jones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18490 Annchester Rd</w:t>
              <w:br/>
              <w:t>Detroit, MI 48219</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(313) 533-0609</w:t>
              <w:br/>
              <w:t>jstephanie@gmail.com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Christ Hope of Glory Deliverance Ministries &amp; Grace &amp; Truth Deliverance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Detroit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Clinton Charls Braynet</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PO Box 21855</w:t>
              <w:br/>
              <w:t>Detroit, MI 48221</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(313) 570-2314</w:t>
              <w:br/>
              <w:t>braynet@gmail.com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Divine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Detroit</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Jaay</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479 Algonquin St</w:t>
              <w:br/>
              <w:t>Detroit, MI 48215</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(313) 331-2306</w:t>
              <w:br/>
              <w:t>Jaay@gmail.com</w:t>
              <w:br/>
              <w:t>https://ddmin.website/</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Greater Shiloh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Detroit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Melvin Keith Jenkins</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19803 Joy Rd</w:t>
              <w:br/>
              <w:t>Detroit, MI 48228</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313) 909-2699</w:t>
              <w:br/>
              <w:t>gsdministries99@gmail.com</w:t>
              <w:br/>
              <w:t>https://www.greatershilohdeliveranceministries.com/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New Deliverance Ministry International</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Detroit</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Travis Mason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12490 Kelly Rd</w:t>
              <w:br/>
              <w:t>Detroit, MI 48224</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(313) 458-7492</w:t>
              <w:br/>
              <w:t>tmason@gmail.com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Greater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Flint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Hardin Mighty</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1352 N Chevrolet Ave</w:t>
              <w:br/>
              <w:t>Flint, MI 48504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(810) 766-1430</w:t>
              <w:br/>
              <w:t>mhardin@gmail.com</w:t>
              <w:br/>
              <w:t>https://greaterdeliveranceministries1.com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Voice Of Power Deliverance Ministry</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Lansing</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Damon Milton</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1033 Hickory St</w:t>
              <w:br/>
              <w:t>Lansing, MI 48912</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517-763-2880</w:t>
              <w:br/>
              <w:t>vopdm@yahoo.com</w:t>
              <w:br/>
              <w:t>http://vopdm.org/</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Wings of Deliverance Transforming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Lincoln Park</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Pastor Karen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2984 Fort St</w:t>
              <w:br/>
              <w:t>Lincoln Park, MI 48146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(313) 381-6090</w:t>
              <w:br/>
              <w:t>wingsofdeliverancetm@yahoo.com</w:t>
              <w:br/>
              <w:t>https://hymnsforthehomeless.net/</w:t>
            </w:r>
          </w:p>
        </w:tc>
      </w:tr>
    </w:tbl>
    <w:p>
      <w:pPr>
        <w:spacing w:after="60"/>
      </w:pPr>
    </w:p>
    <w:p>
      <w:pPr>
        <w:spacing w:before="160" w:after="80"/>
      </w:pPr>
      <w:r>
        <w:rPr>
          <w:rFonts w:ascii="Times New Roman" w:hAnsi="Times New Roman"/>
          <w:b/>
          <w:i w:val="0"/>
          <w:color w:val="4B2E83"/>
          <w:sz w:val="24"/>
        </w:rPr>
        <w:t>IN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Open Gate Phrase &amp; Deliverance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Elkhart</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Wayne Malone</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422 W High St</w:t>
              <w:br/>
              <w:t>Elkhart, IN 46516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(574) 522-8250</w:t>
              <w:br/>
              <w:t>waynemalone@gmail.com</w:t>
            </w:r>
          </w:p>
        </w:tc>
      </w:tr>
    </w:tbl>
    <w:p>
      <w:pPr>
        <w:spacing w:after="60"/>
      </w:pPr>
    </w:p>
    <w:p>
      <w:pPr>
        <w:spacing w:before="160" w:after="80"/>
      </w:pPr>
      <w:r>
        <w:rPr>
          <w:rFonts w:ascii="Times New Roman" w:hAnsi="Times New Roman"/>
          <w:b/>
          <w:i w:val="0"/>
          <w:color w:val="4B2E83"/>
          <w:sz w:val="24"/>
        </w:rPr>
        <w:t>IL — 2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Evangelistic Outreach Deliverance Ministry</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Chicago</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Dr. Teresa A. Moton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4300 W Madison St</w:t>
              <w:br/>
              <w:t>Chicago, IL 60624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(773) 378-6344</w:t>
              <w:br/>
              <w:t>eodministries4alabama@gmail.com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Deliverance Gospel Tabernacle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Springfield</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Matthew Sogunro</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1805 E Laurel St</w:t>
              <w:br/>
              <w:t>Springfield, IL 62703</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(217) 528-5474</w:t>
              <w:br/>
              <w:t>sogunro@gmail.com</w:t>
              <w:br/>
              <w:t>http://www.deliverancegospelchurch.org/</w:t>
            </w:r>
          </w:p>
        </w:tc>
      </w:tr>
    </w:tbl>
    <w:p>
      <w:pPr>
        <w:spacing w:after="60"/>
      </w:pPr>
    </w:p>
    <w:p>
      <w:pPr>
        <w:spacing w:before="160" w:after="80"/>
      </w:pPr>
      <w:r>
        <w:rPr>
          <w:rFonts w:ascii="Times New Roman" w:hAnsi="Times New Roman"/>
          <w:b/>
          <w:i w:val="0"/>
          <w:color w:val="4B2E83"/>
          <w:sz w:val="24"/>
        </w:rPr>
        <w:t>WI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Faith Builders of Deliverance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Racine</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Tara Campbell</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1913 Taylor Avenue</w:t>
              <w:br/>
              <w:t>Racine, WI</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bl>
    <w:p>
      <w:pPr>
        <w:spacing w:after="60"/>
      </w:pPr>
    </w:p>
    <w:p>
      <w:pPr>
        <w:spacing w:before="160" w:after="80"/>
      </w:pPr>
      <w:r>
        <w:rPr>
          <w:rFonts w:ascii="Times New Roman" w:hAnsi="Times New Roman"/>
          <w:b/>
          <w:i w:val="0"/>
          <w:color w:val="4B2E83"/>
          <w:sz w:val="24"/>
        </w:rPr>
        <w:t>MN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True Deliverance Outreach Ministry-MN</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South Saint Paul</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Shirley Ard</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185 Concord St N</w:t>
              <w:br/>
              <w:t>South Saint Paul, MN 55075</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(651) 226-8003</w:t>
              <w:br/>
              <w:t>shirleyard@gmail.com</w:t>
            </w:r>
          </w:p>
        </w:tc>
      </w:tr>
    </w:tbl>
    <w:p>
      <w:pPr>
        <w:spacing w:after="60"/>
      </w:pPr>
    </w:p>
    <w:p>
      <w:r>
        <w:br w:type="page"/>
      </w:r>
    </w:p>
    <w:p>
      <w:pPr>
        <w:spacing w:before="0" w:after="40" w:line="269" w:lineRule="auto"/>
        <w:jc w:val="center"/>
      </w:pPr>
      <w:r>
        <w:rPr>
          <w:rFonts w:ascii="Times New Roman" w:hAnsi="Times New Roman"/>
          <w:b/>
          <w:i w:val="0"/>
          <w:color w:val="4B2E83"/>
          <w:sz w:val="44"/>
        </w:rPr>
        <w:t>WEST &amp; PACIFIC REGION</w:t>
      </w:r>
    </w:p>
    <w:p>
      <w:pPr>
        <w:spacing w:before="0" w:after="80" w:line="269" w:lineRule="auto"/>
        <w:jc w:val="center"/>
      </w:pPr>
      <w:r>
        <w:rPr>
          <w:rFonts w:ascii="Times New Roman" w:hAnsi="Times New Roman"/>
          <w:b/>
          <w:i w:val="0"/>
          <w:color w:val="C9A227"/>
          <w:sz w:val="24"/>
        </w:rPr>
        <w:t>9 Active Churches</w:t>
      </w:r>
    </w:p>
    <w:p>
      <w:pPr>
        <w:spacing w:before="0" w:after="80" w:line="269" w:lineRule="auto"/>
        <w:jc w:val="center"/>
      </w:pPr>
      <w:r>
        <w:rPr>
          <w:rFonts w:ascii="Times New Roman" w:hAnsi="Times New Roman"/>
          <w:b w:val="0"/>
          <w:i w:val="0"/>
          <w:color w:val="666666"/>
          <w:sz w:val="19"/>
        </w:rPr>
        <w:t>CA 4 • ID 1 • MT 1 • WA 1 • GU 1 • MP 1</w:t>
      </w:r>
    </w:p>
    <w:tbl>
      <w:tblPr>
        <w:tblW w:type="auto" w:w="0"/>
        <w:jc w:val="center"/>
        <w:tblLook w:firstColumn="1" w:firstRow="1" w:lastColumn="0" w:lastRow="0" w:noHBand="0" w:noVBand="1" w:val="04A0"/>
      </w:tblPr>
      <w:tblGrid>
        <w:gridCol w:w="10656"/>
      </w:tblGrid>
      <w:tr>
        <w:tc>
          <w:tcPr>
            <w:tcW w:type="dxa" w:w="6480"/>
            <w:shd w:fill="C9A227"/>
          </w:tcPr>
          <w:p/>
        </w:tc>
      </w:tr>
    </w:tbl>
    <w:p>
      <w:pPr>
        <w:spacing w:after="20"/>
      </w:pPr>
    </w:p>
    <w:p>
      <w:pPr>
        <w:spacing w:before="160" w:after="80"/>
      </w:pPr>
      <w:r>
        <w:rPr>
          <w:rFonts w:ascii="Times New Roman" w:hAnsi="Times New Roman"/>
          <w:b/>
          <w:i w:val="0"/>
          <w:color w:val="4B2E83"/>
          <w:sz w:val="24"/>
        </w:rPr>
        <w:t>CA — 4 Churches</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Temple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Berkeley</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Mary Johnson</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1918 Blake</w:t>
              <w:br/>
              <w:t>Berkeley, CA 94704</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(510) 845-0904</w:t>
              <w:br/>
              <w:t>m.johnson@gmail.com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Beauty of Holiness Church of Deliverance</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Carson</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Bernard L. Giles</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1123 E Dominguez St Ste I</w:t>
              <w:br/>
              <w:t>Carson, CA 90746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(855) 312-8631</w:t>
              <w:br/>
              <w:t>pstrmor@gmail.com</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Los Angeles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Los Angeles</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3660 S. Gramercy Pl.</w:t>
              <w:br/>
              <w:t>Los Angeles, CA 90018</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323-733-5000</w:t>
              <w:br/>
              <w:t>church.secretary@laholiness.com</w:t>
              <w:br/>
              <w:t>https://laholiness.com/</w:t>
            </w:r>
          </w:p>
        </w:tc>
      </w:tr>
      <w:tr>
        <w:trPr>
          <w:cantSplit/>
        </w:trPr>
        <w:tc>
          <w:tcPr>
            <w:tcW w:type="dxa" w:w="237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Holy Spirit Of Deliverance Ministries</w:t>
            </w:r>
          </w:p>
        </w:tc>
        <w:tc>
          <w:tcPr>
            <w:tcW w:type="dxa" w:w="108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Rialto</w:t>
            </w:r>
          </w:p>
        </w:tc>
        <w:tc>
          <w:tcPr>
            <w:tcW w:type="dxa" w:w="1656"/>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Wendell Shaw</w:t>
            </w:r>
          </w:p>
        </w:tc>
        <w:tc>
          <w:tcPr>
            <w:tcW w:type="dxa" w:w="2520"/>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728 E Foothill Blvd</w:t>
              <w:br/>
              <w:t>Rialto, CA 92376</w:t>
            </w:r>
          </w:p>
        </w:tc>
        <w:tc>
          <w:tcPr>
            <w:tcW w:type="dxa" w:w="2808"/>
            <w:tcMar>
              <w:top w:w="45" w:type="dxa"/>
              <w:start w:w="50" w:type="dxa"/>
              <w:bottom w:w="45" w:type="dxa"/>
              <w:end w:w="50" w:type="dxa"/>
            </w:tcMar>
            <w:vAlign w:val="top"/>
            <w:shd w:fill="F7F7F7"/>
          </w:tcPr>
          <w:p>
            <w:pPr>
              <w:spacing w:after="0" w:line="240" w:lineRule="auto"/>
            </w:pPr>
            <w:r>
              <w:rPr>
                <w:rFonts w:ascii="Times New Roman" w:hAnsi="Times New Roman"/>
                <w:b w:val="0"/>
                <w:i w:val="0"/>
                <w:sz w:val="15"/>
              </w:rPr>
              <w:t>989-312-3221</w:t>
              <w:br/>
              <w:t>holyspiritstaynearit@gmail.com</w:t>
            </w:r>
          </w:p>
        </w:tc>
      </w:tr>
    </w:tbl>
    <w:p>
      <w:pPr>
        <w:spacing w:after="60"/>
      </w:pPr>
    </w:p>
    <w:p>
      <w:pPr>
        <w:spacing w:before="160" w:after="80"/>
      </w:pPr>
      <w:r>
        <w:rPr>
          <w:rFonts w:ascii="Times New Roman" w:hAnsi="Times New Roman"/>
          <w:b/>
          <w:i w:val="0"/>
          <w:color w:val="4B2E83"/>
          <w:sz w:val="24"/>
        </w:rPr>
        <w:t>ID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Calvary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Wilder</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310 B Ave</w:t>
              <w:br/>
              <w:t>Wilder, ID 83676</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208-936-8579</w:t>
            </w:r>
          </w:p>
        </w:tc>
      </w:tr>
    </w:tbl>
    <w:p>
      <w:pPr>
        <w:spacing w:after="60"/>
      </w:pPr>
    </w:p>
    <w:p>
      <w:pPr>
        <w:spacing w:before="160" w:after="80"/>
      </w:pPr>
      <w:r>
        <w:rPr>
          <w:rFonts w:ascii="Times New Roman" w:hAnsi="Times New Roman"/>
          <w:b/>
          <w:i w:val="0"/>
          <w:color w:val="4B2E83"/>
          <w:sz w:val="24"/>
        </w:rPr>
        <w:t>MT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Holiness Tabernacle</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Polson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Pastor Paul Blanton (directory listing)</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48901 Hwy 93, Suite A 139</w:t>
              <w:br/>
              <w:t>Polson, MT 59860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bl>
    <w:p>
      <w:pPr>
        <w:spacing w:after="60"/>
      </w:pPr>
    </w:p>
    <w:p>
      <w:pPr>
        <w:spacing w:before="160" w:after="80"/>
      </w:pPr>
      <w:r>
        <w:rPr>
          <w:rFonts w:ascii="Times New Roman" w:hAnsi="Times New Roman"/>
          <w:b/>
          <w:i w:val="0"/>
          <w:color w:val="4B2E83"/>
          <w:sz w:val="24"/>
        </w:rPr>
        <w:t>WA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Deliverance Temple Ministries</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Covington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24030 132nd Ave SE</w:t>
              <w:br/>
              <w:t>Covington, WA 98042</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t>253-638-1682</w:t>
            </w:r>
          </w:p>
        </w:tc>
      </w:tr>
    </w:tbl>
    <w:p>
      <w:pPr>
        <w:spacing w:after="60"/>
      </w:pPr>
    </w:p>
    <w:p>
      <w:pPr>
        <w:spacing w:before="160" w:after="80"/>
      </w:pPr>
      <w:r>
        <w:rPr>
          <w:rFonts w:ascii="Times New Roman" w:hAnsi="Times New Roman"/>
          <w:b/>
          <w:i w:val="0"/>
          <w:color w:val="4B2E83"/>
          <w:sz w:val="24"/>
        </w:rPr>
        <w:t>GU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Guam Evangelical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Yigo</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t>Cesario Mangsat (public nonprofit contact)</w:t>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111 Chalan Balako PMB 661</w:t>
              <w:br/>
              <w:t>Yigo, GU 96929-7103</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bl>
    <w:p>
      <w:pPr>
        <w:spacing w:after="60"/>
      </w:pPr>
    </w:p>
    <w:p>
      <w:pPr>
        <w:spacing w:before="160" w:after="80"/>
      </w:pPr>
      <w:r>
        <w:rPr>
          <w:rFonts w:ascii="Times New Roman" w:hAnsi="Times New Roman"/>
          <w:b/>
          <w:i w:val="0"/>
          <w:color w:val="4B2E83"/>
          <w:sz w:val="24"/>
        </w:rPr>
        <w:t>MP — 1 Church</w:t>
      </w:r>
    </w:p>
    <w:tbl>
      <w:tblPr>
        <w:tblStyle w:val="TableGrid"/>
        <w:tblW w:type="auto" w:w="0"/>
        <w:jc w:val="center"/>
        <w:tblLayout w:type="fixed"/>
        <w:tblLook w:firstColumn="1" w:firstRow="1" w:lastColumn="0" w:lastRow="0" w:noHBand="0" w:noVBand="1" w:val="04A0"/>
      </w:tblPr>
      <w:tblGrid>
        <w:gridCol w:w="2131"/>
        <w:gridCol w:w="2131"/>
        <w:gridCol w:w="2131"/>
        <w:gridCol w:w="2131"/>
        <w:gridCol w:w="2131"/>
      </w:tblGrid>
      <w:tr>
        <w:trPr>
          <w:tblHeader w:val="true"/>
        </w:trPr>
        <w:tc>
          <w:tcPr>
            <w:tcW w:type="dxa" w:w="2376"/>
            <w:shd w:fill="4B2E83"/>
            <w:tcMar>
              <w:top w:w="50" w:type="dxa"/>
              <w:start w:w="55" w:type="dxa"/>
              <w:bottom w:w="50" w:type="dxa"/>
              <w:end w:w="55" w:type="dxa"/>
            </w:tcMar>
          </w:tcPr>
          <w:p>
            <w:pPr>
              <w:jc w:val="center"/>
            </w:pPr>
            <w:r>
              <w:rPr>
                <w:rFonts w:ascii="Times New Roman" w:hAnsi="Times New Roman"/>
                <w:b/>
                <w:i w:val="0"/>
                <w:color w:val="FFFFFF"/>
                <w:sz w:val="16"/>
              </w:rPr>
              <w:t>Church</w:t>
            </w:r>
          </w:p>
        </w:tc>
        <w:tc>
          <w:tcPr>
            <w:tcW w:type="dxa" w:w="1080"/>
            <w:shd w:fill="4B2E83"/>
            <w:tcMar>
              <w:top w:w="50" w:type="dxa"/>
              <w:start w:w="55" w:type="dxa"/>
              <w:bottom w:w="50" w:type="dxa"/>
              <w:end w:w="55" w:type="dxa"/>
            </w:tcMar>
          </w:tcPr>
          <w:p>
            <w:pPr>
              <w:jc w:val="center"/>
            </w:pPr>
            <w:r>
              <w:rPr>
                <w:rFonts w:ascii="Times New Roman" w:hAnsi="Times New Roman"/>
                <w:b/>
                <w:i w:val="0"/>
                <w:color w:val="FFFFFF"/>
                <w:sz w:val="16"/>
              </w:rPr>
              <w:t>City</w:t>
            </w:r>
          </w:p>
        </w:tc>
        <w:tc>
          <w:tcPr>
            <w:tcW w:type="dxa" w:w="1656"/>
            <w:shd w:fill="4B2E83"/>
            <w:tcMar>
              <w:top w:w="50" w:type="dxa"/>
              <w:start w:w="55" w:type="dxa"/>
              <w:bottom w:w="50" w:type="dxa"/>
              <w:end w:w="55" w:type="dxa"/>
            </w:tcMar>
          </w:tcPr>
          <w:p>
            <w:pPr>
              <w:jc w:val="center"/>
            </w:pPr>
            <w:r>
              <w:rPr>
                <w:rFonts w:ascii="Times New Roman" w:hAnsi="Times New Roman"/>
                <w:b/>
                <w:i w:val="0"/>
                <w:color w:val="FFFFFF"/>
                <w:sz w:val="16"/>
              </w:rPr>
              <w:t>Leader</w:t>
            </w:r>
          </w:p>
        </w:tc>
        <w:tc>
          <w:tcPr>
            <w:tcW w:type="dxa" w:w="2520"/>
            <w:shd w:fill="4B2E83"/>
            <w:tcMar>
              <w:top w:w="50" w:type="dxa"/>
              <w:start w:w="55" w:type="dxa"/>
              <w:bottom w:w="50" w:type="dxa"/>
              <w:end w:w="55" w:type="dxa"/>
            </w:tcMar>
          </w:tcPr>
          <w:p>
            <w:pPr>
              <w:jc w:val="center"/>
            </w:pPr>
            <w:r>
              <w:rPr>
                <w:rFonts w:ascii="Times New Roman" w:hAnsi="Times New Roman"/>
                <w:b/>
                <w:i w:val="0"/>
                <w:color w:val="FFFFFF"/>
                <w:sz w:val="16"/>
              </w:rPr>
              <w:t>Mailing Address</w:t>
            </w:r>
          </w:p>
        </w:tc>
        <w:tc>
          <w:tcPr>
            <w:tcW w:type="dxa" w:w="2808"/>
            <w:shd w:fill="4B2E83"/>
            <w:tcMar>
              <w:top w:w="50" w:type="dxa"/>
              <w:start w:w="55" w:type="dxa"/>
              <w:bottom w:w="50" w:type="dxa"/>
              <w:end w:w="55" w:type="dxa"/>
            </w:tcMar>
          </w:tcPr>
          <w:p>
            <w:pPr>
              <w:jc w:val="center"/>
            </w:pPr>
            <w:r>
              <w:rPr>
                <w:rFonts w:ascii="Times New Roman" w:hAnsi="Times New Roman"/>
                <w:b/>
                <w:i w:val="0"/>
                <w:color w:val="FFFFFF"/>
                <w:sz w:val="16"/>
              </w:rPr>
              <w:t>Contact</w:t>
            </w:r>
          </w:p>
        </w:tc>
      </w:tr>
      <w:tr>
        <w:trPr>
          <w:cantSplit/>
        </w:trPr>
        <w:tc>
          <w:tcPr>
            <w:tcW w:type="dxa" w:w="2376"/>
            <w:tcMar>
              <w:top w:w="45" w:type="dxa"/>
              <w:start w:w="50" w:type="dxa"/>
              <w:bottom w:w="45" w:type="dxa"/>
              <w:end w:w="50" w:type="dxa"/>
            </w:tcMar>
            <w:vAlign w:val="top"/>
          </w:tcPr>
          <w:p>
            <w:pPr>
              <w:spacing w:after="0" w:line="240" w:lineRule="auto"/>
            </w:pPr>
            <w:r>
              <w:rPr>
                <w:rFonts w:ascii="Times New Roman" w:hAnsi="Times New Roman"/>
                <w:b w:val="0"/>
                <w:i w:val="0"/>
                <w:sz w:val="15"/>
              </w:rPr>
              <w:t>Saipan Evangelical Holiness Church</w:t>
            </w:r>
          </w:p>
        </w:tc>
        <w:tc>
          <w:tcPr>
            <w:tcW w:type="dxa" w:w="1080"/>
            <w:tcMar>
              <w:top w:w="45" w:type="dxa"/>
              <w:start w:w="50" w:type="dxa"/>
              <w:bottom w:w="45" w:type="dxa"/>
              <w:end w:w="50" w:type="dxa"/>
            </w:tcMar>
            <w:vAlign w:val="top"/>
          </w:tcPr>
          <w:p>
            <w:pPr>
              <w:spacing w:after="0" w:line="240" w:lineRule="auto"/>
            </w:pPr>
            <w:r>
              <w:rPr>
                <w:rFonts w:ascii="Times New Roman" w:hAnsi="Times New Roman"/>
                <w:b w:val="0"/>
                <w:i w:val="0"/>
                <w:sz w:val="15"/>
              </w:rPr>
              <w:t>Saipan</w:t>
            </w:r>
          </w:p>
        </w:tc>
        <w:tc>
          <w:tcPr>
            <w:tcW w:type="dxa" w:w="1656"/>
            <w:tcMar>
              <w:top w:w="45" w:type="dxa"/>
              <w:start w:w="50" w:type="dxa"/>
              <w:bottom w:w="45" w:type="dxa"/>
              <w:end w:w="50" w:type="dxa"/>
            </w:tcMar>
            <w:vAlign w:val="top"/>
          </w:tcPr>
          <w:p>
            <w:pPr>
              <w:spacing w:after="0" w:line="240" w:lineRule="auto"/>
            </w:pPr>
            <w:r>
              <w:rPr>
                <w:rFonts w:ascii="Times New Roman" w:hAnsi="Times New Roman"/>
                <w:b w:val="0"/>
                <w:i w:val="0"/>
                <w:sz w:val="15"/>
              </w:rPr>
            </w:r>
          </w:p>
        </w:tc>
        <w:tc>
          <w:tcPr>
            <w:tcW w:type="dxa" w:w="2520"/>
            <w:tcMar>
              <w:top w:w="45" w:type="dxa"/>
              <w:start w:w="50" w:type="dxa"/>
              <w:bottom w:w="45" w:type="dxa"/>
              <w:end w:w="50" w:type="dxa"/>
            </w:tcMar>
            <w:vAlign w:val="top"/>
          </w:tcPr>
          <w:p>
            <w:pPr>
              <w:spacing w:after="0" w:line="240" w:lineRule="auto"/>
            </w:pPr>
            <w:r>
              <w:rPr>
                <w:rFonts w:ascii="Times New Roman" w:hAnsi="Times New Roman"/>
                <w:b w:val="0"/>
                <w:i w:val="0"/>
                <w:sz w:val="15"/>
              </w:rPr>
              <w:t>Saipan, MP 96950</w:t>
            </w:r>
          </w:p>
        </w:tc>
        <w:tc>
          <w:tcPr>
            <w:tcW w:type="dxa" w:w="2808"/>
            <w:tcMar>
              <w:top w:w="45" w:type="dxa"/>
              <w:start w:w="50" w:type="dxa"/>
              <w:bottom w:w="45" w:type="dxa"/>
              <w:end w:w="50" w:type="dxa"/>
            </w:tcMar>
            <w:vAlign w:val="top"/>
          </w:tcPr>
          <w:p>
            <w:pPr>
              <w:spacing w:after="0" w:line="240" w:lineRule="auto"/>
            </w:pPr>
            <w:r>
              <w:rPr>
                <w:rFonts w:ascii="Times New Roman" w:hAnsi="Times New Roman"/>
                <w:b w:val="0"/>
                <w:i w:val="0"/>
                <w:sz w:val="15"/>
              </w:rPr>
            </w:r>
          </w:p>
        </w:tc>
      </w:tr>
    </w:tbl>
    <w:p>
      <w:pPr>
        <w:spacing w:after="60"/>
      </w:pPr>
    </w:p>
    <w:p>
      <w:r>
        <w:br w:type="page"/>
      </w:r>
    </w:p>
    <w:p>
      <w:pPr>
        <w:spacing w:after="100"/>
        <w:jc w:val="center"/>
      </w:pPr>
      <w:r>
        <w:drawing>
          <wp:inline xmlns:a="http://schemas.openxmlformats.org/drawingml/2006/main" xmlns:pic="http://schemas.openxmlformats.org/drawingml/2006/picture">
            <wp:extent cx="1508760" cy="150876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508760" cy="1508760"/>
                    </a:xfrm>
                    <a:prstGeom prst="rect"/>
                  </pic:spPr>
                </pic:pic>
              </a:graphicData>
            </a:graphic>
          </wp:inline>
        </w:drawing>
      </w:r>
    </w:p>
    <w:p>
      <w:pPr>
        <w:spacing w:after="80"/>
        <w:jc w:val="center"/>
      </w:pPr>
      <w:r>
        <w:rPr>
          <w:rFonts w:ascii="Times New Roman" w:hAnsi="Times New Roman"/>
          <w:b/>
          <w:i w:val="0"/>
          <w:color w:val="4B2E83"/>
          <w:sz w:val="36"/>
        </w:rPr>
        <w:t>ABOUT UDCA</w:t>
      </w:r>
    </w:p>
    <w:tbl>
      <w:tblPr>
        <w:tblW w:type="auto" w:w="0"/>
        <w:jc w:val="center"/>
        <w:tblLook w:firstColumn="1" w:firstRow="1" w:lastColumn="0" w:lastRow="0" w:noHBand="0" w:noVBand="1" w:val="04A0"/>
      </w:tblPr>
      <w:tblGrid>
        <w:gridCol w:w="10656"/>
      </w:tblGrid>
      <w:tr>
        <w:tc>
          <w:tcPr>
            <w:tcW w:type="dxa" w:w="6480"/>
            <w:shd w:fill="C9A227"/>
          </w:tcPr>
          <w:p/>
        </w:tc>
      </w:tr>
    </w:tbl>
    <w:p>
      <w:pPr>
        <w:spacing w:before="160" w:after="160"/>
        <w:jc w:val="center"/>
      </w:pPr>
      <w:r>
        <w:rPr>
          <w:rFonts w:ascii="Times New Roman" w:hAnsi="Times New Roman"/>
          <w:b w:val="0"/>
          <w:i w:val="0"/>
          <w:color w:val="666666"/>
          <w:sz w:val="21"/>
        </w:rPr>
        <w:t>United Deliverance Churches in America, Inc. is a covenantal, connectional communion of independent Deliverance, Holiness, and Deliverance-Holiness churches committed to spiritual fellowship, leadership development, ministry collaboration, and a united Christian witness.</w:t>
      </w:r>
    </w:p>
    <w:tbl>
      <w:tblPr>
        <w:tblStyle w:val="TableGrid"/>
        <w:tblW w:type="auto" w:w="0"/>
        <w:jc w:val="center"/>
        <w:tblLook w:firstColumn="1" w:firstRow="1" w:lastColumn="0" w:lastRow="0" w:noHBand="0" w:noVBand="1" w:val="04A0"/>
      </w:tblPr>
      <w:tblGrid>
        <w:gridCol w:w="5328"/>
        <w:gridCol w:w="5328"/>
      </w:tblGrid>
      <w:tr>
        <w:tc>
          <w:tcPr>
            <w:tcW w:type="dxa" w:w="5328"/>
            <w:shd w:fill="4B2E83"/>
            <w:tcMar>
              <w:top w:w="100" w:type="dxa"/>
              <w:start w:w="110" w:type="dxa"/>
              <w:bottom w:w="100" w:type="dxa"/>
              <w:end w:w="110" w:type="dxa"/>
            </w:tcMar>
          </w:tcPr>
          <w:p>
            <w:pPr>
              <w:jc w:val="center"/>
            </w:pPr>
            <w:r>
              <w:rPr>
                <w:rFonts w:ascii="Times New Roman" w:hAnsi="Times New Roman"/>
                <w:b/>
                <w:i w:val="0"/>
                <w:color w:val="FFFFFF"/>
                <w:sz w:val="19"/>
              </w:rPr>
              <w:t>OUR MISSION</w:t>
            </w:r>
          </w:p>
        </w:tc>
        <w:tc>
          <w:tcPr>
            <w:tcW w:type="dxa" w:w="5328"/>
            <w:shd w:fill="FFF9EA"/>
            <w:tcMar>
              <w:top w:w="100" w:type="dxa"/>
              <w:start w:w="120" w:type="dxa"/>
              <w:bottom w:w="100" w:type="dxa"/>
              <w:end w:w="120" w:type="dxa"/>
            </w:tcMar>
          </w:tcPr>
          <w:p>
            <w:r>
              <w:rPr>
                <w:rFonts w:ascii="Times New Roman" w:hAnsi="Times New Roman"/>
                <w:b w:val="0"/>
                <w:i w:val="0"/>
                <w:color w:val="666666"/>
                <w:sz w:val="19"/>
              </w:rPr>
              <w:t>To connect, encourage, and strengthen independent Deliverance and Holiness churches through covenant, fellowship, and shared kingdom purpose.</w:t>
            </w:r>
          </w:p>
        </w:tc>
      </w:tr>
      <w:tr>
        <w:tc>
          <w:tcPr>
            <w:tcW w:type="dxa" w:w="5328"/>
            <w:shd w:fill="4B2E83"/>
            <w:tcMar>
              <w:top w:w="100" w:type="dxa"/>
              <w:start w:w="110" w:type="dxa"/>
              <w:bottom w:w="100" w:type="dxa"/>
              <w:end w:w="110" w:type="dxa"/>
            </w:tcMar>
          </w:tcPr>
          <w:p>
            <w:pPr>
              <w:jc w:val="center"/>
            </w:pPr>
            <w:r>
              <w:rPr>
                <w:rFonts w:ascii="Times New Roman" w:hAnsi="Times New Roman"/>
                <w:b/>
                <w:i w:val="0"/>
                <w:color w:val="FFFFFF"/>
                <w:sz w:val="19"/>
              </w:rPr>
              <w:t>OUR VISION</w:t>
            </w:r>
          </w:p>
        </w:tc>
        <w:tc>
          <w:tcPr>
            <w:tcW w:type="dxa" w:w="5328"/>
            <w:shd w:fill="F5F0FA"/>
            <w:tcMar>
              <w:top w:w="100" w:type="dxa"/>
              <w:start w:w="120" w:type="dxa"/>
              <w:bottom w:w="100" w:type="dxa"/>
              <w:end w:w="120" w:type="dxa"/>
            </w:tcMar>
          </w:tcPr>
          <w:p>
            <w:r>
              <w:rPr>
                <w:rFonts w:ascii="Times New Roman" w:hAnsi="Times New Roman"/>
                <w:b w:val="0"/>
                <w:i w:val="0"/>
                <w:color w:val="666666"/>
                <w:sz w:val="19"/>
              </w:rPr>
              <w:t>To provide a credible connectional platform through which participating churches can build relationships, share resources, develop leaders, and address common concerns while preserving local church autonomy.</w:t>
            </w:r>
          </w:p>
        </w:tc>
      </w:tr>
    </w:tbl>
    <w:p>
      <w:pPr>
        <w:spacing w:before="200" w:after="60"/>
        <w:jc w:val="center"/>
      </w:pPr>
      <w:r>
        <w:rPr>
          <w:rFonts w:ascii="Times New Roman" w:hAnsi="Times New Roman"/>
          <w:b/>
          <w:i w:val="0"/>
          <w:color w:val="C9A227"/>
          <w:sz w:val="21"/>
        </w:rPr>
        <w:t>FAITH • FELLOWSHIP • LEADERSHIP • SERVICE • IMPACT</w:t>
      </w:r>
    </w:p>
    <w:p>
      <w:pPr>
        <w:spacing w:before="100" w:after="160"/>
        <w:jc w:val="center"/>
      </w:pPr>
      <w:r>
        <w:rPr>
          <w:rFonts w:ascii="Times New Roman" w:hAnsi="Times New Roman"/>
          <w:b w:val="0"/>
          <w:i/>
          <w:color w:val="4B2E83"/>
          <w:sz w:val="21"/>
        </w:rPr>
        <w:t>“One Lord, one faith, one baptism.” — Ephesians 4:5</w:t>
      </w:r>
    </w:p>
    <w:tbl>
      <w:tblPr>
        <w:tblW w:type="auto" w:w="0"/>
        <w:jc w:val="center"/>
        <w:tblLook w:firstColumn="1" w:firstRow="1" w:lastColumn="0" w:lastRow="0" w:noHBand="0" w:noVBand="1" w:val="04A0"/>
      </w:tblPr>
      <w:tblGrid>
        <w:gridCol w:w="10656"/>
      </w:tblGrid>
      <w:tr>
        <w:tc>
          <w:tcPr>
            <w:tcW w:type="dxa" w:w="10656"/>
            <w:shd w:fill="F5F0FA"/>
            <w:tcMar>
              <w:top w:w="130" w:type="dxa"/>
              <w:start w:w="170" w:type="dxa"/>
              <w:bottom w:w="130" w:type="dxa"/>
              <w:end w:w="170" w:type="dxa"/>
            </w:tcMar>
          </w:tcPr>
          <w:p>
            <w:pPr>
              <w:jc w:val="center"/>
            </w:pPr>
            <w:r>
              <w:rPr>
                <w:rFonts w:ascii="Times New Roman" w:hAnsi="Times New Roman"/>
                <w:b/>
                <w:i w:val="0"/>
                <w:color w:val="4B2E83"/>
                <w:sz w:val="21"/>
              </w:rPr>
              <w:t>UNITED DELIVERANCE CHURCHES IN AMERICA, INC.</w:t>
              <w:br/>
            </w:r>
            <w:r>
              <w:rPr>
                <w:rFonts w:ascii="Times New Roman" w:hAnsi="Times New Roman"/>
                <w:b/>
                <w:i w:val="0"/>
                <w:color w:val="4B2E83"/>
                <w:sz w:val="21"/>
              </w:rPr>
              <w:t>www.udcanational.org</w:t>
              <w:br/>
            </w:r>
            <w:r>
              <w:rPr>
                <w:rFonts w:ascii="Times New Roman" w:hAnsi="Times New Roman"/>
                <w:b w:val="0"/>
                <w:i w:val="0"/>
                <w:color w:val="666666"/>
                <w:sz w:val="21"/>
              </w:rPr>
              <w:t>officegeneralsec@udcanational.org</w:t>
              <w:br/>
            </w:r>
            <w:r>
              <w:rPr>
                <w:rFonts w:ascii="Times New Roman" w:hAnsi="Times New Roman"/>
                <w:b w:val="0"/>
                <w:i w:val="0"/>
                <w:color w:val="666666"/>
                <w:sz w:val="21"/>
              </w:rPr>
              <w:t>803 728-1292</w:t>
              <w:br/>
            </w:r>
          </w:p>
        </w:tc>
      </w:tr>
    </w:tbl>
    <w:p>
      <w:pPr>
        <w:spacing w:before="200" w:after="20"/>
        <w:jc w:val="center"/>
      </w:pPr>
      <w:r>
        <w:rPr>
          <w:rFonts w:ascii="Times New Roman" w:hAnsi="Times New Roman"/>
          <w:b/>
          <w:i/>
          <w:color w:val="4B2E83"/>
          <w:sz w:val="22"/>
        </w:rPr>
        <w:t>Independent, but not isolated. Autonomous, but connected.</w:t>
      </w:r>
    </w:p>
    <w:p>
      <w:pPr>
        <w:jc w:val="center"/>
      </w:pPr>
      <w:r>
        <w:rPr>
          <w:rFonts w:ascii="Times New Roman" w:hAnsi="Times New Roman"/>
          <w:b/>
          <w:i w:val="0"/>
          <w:color w:val="C9A227"/>
          <w:sz w:val="22"/>
        </w:rPr>
        <w:t>One Lord • One Faith • One Covenant</w:t>
      </w:r>
    </w:p>
    <w:sectPr w:rsidR="00FC693F" w:rsidRPr="0006063C" w:rsidSect="00034616">
      <w:headerReference w:type="default" r:id="rId9"/>
      <w:footerReference w:type="default" r:id="rId10"/>
      <w:pgSz w:w="12240" w:h="15840"/>
      <w:pgMar w:top="792" w:right="792" w:bottom="835" w:left="792" w:header="259"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b w:val="0"/>
        <w:i w:val="0"/>
        <w:color w:val="666666"/>
        <w:sz w:val="16"/>
      </w:rPr>
      <w:t xml:space="preserve">United Deliverance Churches in America, Inc.  |  Regional Church Directory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438912" cy="438912"/>
          <wp:docPr id="1" name="Picture 1"/>
          <wp:cNvGraphicFramePr>
            <a:graphicFrameLocks noChangeAspect="1"/>
          </wp:cNvGraphicFramePr>
          <a:graphic>
            <a:graphicData uri="http://schemas.openxmlformats.org/drawingml/2006/picture">
              <pic:pic>
                <pic:nvPicPr>
                  <pic:cNvPr id="0" name="fdd28d5b-317d-5d14-ab84-fb48d2b0d980.png"/>
                  <pic:cNvPicPr/>
                </pic:nvPicPr>
                <pic:blipFill>
                  <a:blip r:embed="rId1"/>
                  <a:stretch>
                    <a:fillRect/>
                  </a:stretch>
                </pic:blipFill>
                <pic:spPr>
                  <a:xfrm>
                    <a:off x="0" y="0"/>
                    <a:ext cx="438912" cy="438912"/>
                  </a:xfrm>
                  <a:prstGeom prst="rect"/>
                </pic:spPr>
              </pic:pic>
            </a:graphicData>
          </a:graphic>
        </wp:inline>
      </w:drawing>
    </w:r>
  </w:p>
  <w:p>
    <w:r>
      <w:pict>
        <v:shape id="UDCARegionalWatermark" type="#_x0000_t75" style="position:absolute;width:345pt;height:345pt;z-index:-251654144;                mso-position-horizontal:center;mso-position-horizontal-relative:page;                mso-position-vertical:center;mso-position-vertical-relative:page" stroked="f">
          <v:imagedata r:id="rId2" o:title="UDCA Official Logo Watermark"/>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3.png"/><Relationship Id="rId13"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